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5" w:type="dxa"/>
        <w:jc w:val="center"/>
        <w:tblLayout w:type="fixed"/>
        <w:tblCellMar>
          <w:top w:w="28" w:type="dxa"/>
          <w:bottom w:w="28" w:type="dxa"/>
        </w:tblCellMar>
        <w:tblLook w:val="04A0" w:firstRow="1" w:lastRow="0" w:firstColumn="1" w:lastColumn="0" w:noHBand="0" w:noVBand="1"/>
      </w:tblPr>
      <w:tblGrid>
        <w:gridCol w:w="1582"/>
        <w:gridCol w:w="3016"/>
        <w:gridCol w:w="1730"/>
        <w:gridCol w:w="3317"/>
      </w:tblGrid>
      <w:tr w:rsidR="00565414" w:rsidRPr="00565414" w14:paraId="168C9ABA" w14:textId="77777777">
        <w:trPr>
          <w:jc w:val="center"/>
        </w:trPr>
        <w:tc>
          <w:tcPr>
            <w:tcW w:w="1558" w:type="dxa"/>
            <w:vMerge w:val="restart"/>
            <w:tcBorders>
              <w:top w:val="single" w:sz="4" w:space="0" w:color="767676"/>
              <w:left w:val="single" w:sz="4" w:space="0" w:color="767676"/>
              <w:bottom w:val="single" w:sz="4" w:space="0" w:color="767676"/>
              <w:right w:val="single" w:sz="4" w:space="0" w:color="767676"/>
            </w:tcBorders>
            <w:tcMar>
              <w:top w:w="28" w:type="dxa"/>
              <w:left w:w="0" w:type="dxa"/>
              <w:bottom w:w="28" w:type="dxa"/>
              <w:right w:w="0" w:type="dxa"/>
            </w:tcMar>
            <w:hideMark/>
          </w:tcPr>
          <w:p w14:paraId="4F055395" w14:textId="2E169171" w:rsidR="00565414" w:rsidRPr="00565414" w:rsidRDefault="00565414" w:rsidP="00565414">
            <w:pPr>
              <w:rPr>
                <w:rFonts w:ascii="Cambria" w:hAnsi="Cambria"/>
                <w:lang w:val="ro-RO"/>
              </w:rPr>
            </w:pPr>
            <w:r w:rsidRPr="00565414">
              <w:rPr>
                <w:rFonts w:ascii="Cambria" w:hAnsi="Cambria"/>
                <w:lang w:val="ro-RO"/>
              </w:rPr>
              <w:drawing>
                <wp:inline distT="0" distB="0" distL="0" distR="0" wp14:anchorId="2C22D2FF" wp14:editId="1CACD93C">
                  <wp:extent cx="838200" cy="1295400"/>
                  <wp:effectExtent l="0" t="0" r="0" b="0"/>
                  <wp:docPr id="10843538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1295400"/>
                          </a:xfrm>
                          <a:prstGeom prst="rect">
                            <a:avLst/>
                          </a:prstGeom>
                          <a:noFill/>
                          <a:ln>
                            <a:noFill/>
                          </a:ln>
                        </pic:spPr>
                      </pic:pic>
                    </a:graphicData>
                  </a:graphic>
                </wp:inline>
              </w:drawing>
            </w:r>
          </w:p>
        </w:tc>
        <w:tc>
          <w:tcPr>
            <w:tcW w:w="7940" w:type="dxa"/>
            <w:gridSpan w:val="3"/>
            <w:tcBorders>
              <w:top w:val="single" w:sz="4" w:space="0" w:color="767676"/>
              <w:left w:val="single" w:sz="4" w:space="0" w:color="767676"/>
              <w:bottom w:val="single" w:sz="4" w:space="0" w:color="767676"/>
              <w:right w:val="single" w:sz="4" w:space="0" w:color="767676"/>
            </w:tcBorders>
            <w:shd w:val="clear" w:color="auto" w:fill="EFEFEF"/>
            <w:tcMar>
              <w:top w:w="28" w:type="dxa"/>
              <w:left w:w="0" w:type="dxa"/>
              <w:bottom w:w="28" w:type="dxa"/>
              <w:right w:w="0" w:type="dxa"/>
            </w:tcMar>
            <w:hideMark/>
          </w:tcPr>
          <w:p w14:paraId="1A6457E5" w14:textId="77777777" w:rsidR="00565414" w:rsidRPr="00565414" w:rsidRDefault="00565414" w:rsidP="00565414">
            <w:pPr>
              <w:rPr>
                <w:rFonts w:ascii="Cambria" w:hAnsi="Cambria"/>
                <w:lang w:val="ro-RO"/>
              </w:rPr>
            </w:pPr>
            <w:r w:rsidRPr="00565414">
              <w:rPr>
                <w:rFonts w:ascii="Cambria" w:hAnsi="Cambria"/>
                <w:b/>
                <w:lang w:val="ro-RO"/>
              </w:rPr>
              <w:t>Județul Mureș</w:t>
            </w:r>
          </w:p>
        </w:tc>
      </w:tr>
      <w:tr w:rsidR="00565414" w:rsidRPr="00565414" w14:paraId="3AC8EFF3" w14:textId="77777777">
        <w:trPr>
          <w:jc w:val="center"/>
        </w:trPr>
        <w:tc>
          <w:tcPr>
            <w:tcW w:w="9498" w:type="dxa"/>
            <w:vMerge/>
            <w:tcBorders>
              <w:top w:val="single" w:sz="4" w:space="0" w:color="767676"/>
              <w:left w:val="single" w:sz="4" w:space="0" w:color="767676"/>
              <w:bottom w:val="single" w:sz="4" w:space="0" w:color="767676"/>
              <w:right w:val="single" w:sz="4" w:space="0" w:color="767676"/>
            </w:tcBorders>
            <w:vAlign w:val="center"/>
            <w:hideMark/>
          </w:tcPr>
          <w:p w14:paraId="2B187D54" w14:textId="77777777" w:rsidR="00565414" w:rsidRPr="00565414" w:rsidRDefault="00565414" w:rsidP="00565414">
            <w:pPr>
              <w:rPr>
                <w:rFonts w:ascii="Cambria" w:hAnsi="Cambria"/>
                <w:lang w:val="ro-RO"/>
              </w:rPr>
            </w:pPr>
          </w:p>
        </w:tc>
        <w:tc>
          <w:tcPr>
            <w:tcW w:w="7940" w:type="dxa"/>
            <w:gridSpan w:val="3"/>
            <w:tcBorders>
              <w:top w:val="single" w:sz="4" w:space="0" w:color="767676"/>
              <w:left w:val="single" w:sz="4" w:space="0" w:color="767676"/>
              <w:bottom w:val="single" w:sz="4" w:space="0" w:color="767676"/>
              <w:right w:val="single" w:sz="4" w:space="0" w:color="767676"/>
            </w:tcBorders>
            <w:shd w:val="clear" w:color="auto" w:fill="EFEFEF"/>
            <w:tcMar>
              <w:top w:w="28" w:type="dxa"/>
              <w:left w:w="0" w:type="dxa"/>
              <w:bottom w:w="28" w:type="dxa"/>
              <w:right w:w="0" w:type="dxa"/>
            </w:tcMar>
            <w:hideMark/>
          </w:tcPr>
          <w:p w14:paraId="658CDC5A" w14:textId="77777777" w:rsidR="00565414" w:rsidRPr="00565414" w:rsidRDefault="00565414" w:rsidP="00565414">
            <w:pPr>
              <w:rPr>
                <w:rFonts w:ascii="Cambria" w:hAnsi="Cambria"/>
                <w:b/>
                <w:lang w:val="ro-RO"/>
              </w:rPr>
            </w:pPr>
            <w:r w:rsidRPr="00565414">
              <w:rPr>
                <w:rFonts w:ascii="Cambria" w:hAnsi="Cambria"/>
                <w:b/>
                <w:lang w:val="ro-RO"/>
              </w:rPr>
              <w:t>Autoritatea administrației publice</w:t>
            </w:r>
          </w:p>
          <w:p w14:paraId="67EE448E" w14:textId="77777777" w:rsidR="00565414" w:rsidRPr="00565414" w:rsidRDefault="00565414" w:rsidP="00565414">
            <w:pPr>
              <w:rPr>
                <w:rFonts w:ascii="Cambria" w:hAnsi="Cambria"/>
                <w:lang w:val="ro-RO"/>
              </w:rPr>
            </w:pPr>
            <w:r w:rsidRPr="00565414">
              <w:rPr>
                <w:rFonts w:ascii="Cambria" w:hAnsi="Cambria"/>
                <w:b/>
                <w:lang w:val="ro-RO"/>
              </w:rPr>
              <w:t>Primăria Orașului Luduș</w:t>
            </w:r>
          </w:p>
        </w:tc>
      </w:tr>
      <w:tr w:rsidR="00565414" w:rsidRPr="00565414" w14:paraId="74140A9B" w14:textId="77777777">
        <w:trPr>
          <w:jc w:val="center"/>
        </w:trPr>
        <w:tc>
          <w:tcPr>
            <w:tcW w:w="9498" w:type="dxa"/>
            <w:vMerge/>
            <w:tcBorders>
              <w:top w:val="single" w:sz="4" w:space="0" w:color="767676"/>
              <w:left w:val="single" w:sz="4" w:space="0" w:color="767676"/>
              <w:bottom w:val="single" w:sz="4" w:space="0" w:color="767676"/>
              <w:right w:val="single" w:sz="4" w:space="0" w:color="767676"/>
            </w:tcBorders>
            <w:vAlign w:val="center"/>
            <w:hideMark/>
          </w:tcPr>
          <w:p w14:paraId="49AA1A7D" w14:textId="77777777" w:rsidR="00565414" w:rsidRPr="00565414" w:rsidRDefault="00565414" w:rsidP="00565414">
            <w:pPr>
              <w:rPr>
                <w:rFonts w:ascii="Cambria" w:hAnsi="Cambria"/>
                <w:lang w:val="ro-RO"/>
              </w:rPr>
            </w:pPr>
          </w:p>
        </w:tc>
        <w:tc>
          <w:tcPr>
            <w:tcW w:w="2970" w:type="dxa"/>
            <w:tcBorders>
              <w:top w:val="single" w:sz="4" w:space="0" w:color="767676"/>
              <w:left w:val="single" w:sz="4" w:space="0" w:color="767676"/>
              <w:bottom w:val="single" w:sz="4" w:space="0" w:color="767676"/>
              <w:right w:val="single" w:sz="4" w:space="0" w:color="767676"/>
            </w:tcBorders>
            <w:shd w:val="clear" w:color="auto" w:fill="EFEFEF"/>
            <w:tcMar>
              <w:top w:w="28" w:type="dxa"/>
              <w:left w:w="0" w:type="dxa"/>
              <w:bottom w:w="28" w:type="dxa"/>
              <w:right w:w="0" w:type="dxa"/>
            </w:tcMar>
            <w:hideMark/>
          </w:tcPr>
          <w:p w14:paraId="1DC705C1" w14:textId="77777777" w:rsidR="00565414" w:rsidRPr="00565414" w:rsidRDefault="00565414" w:rsidP="00565414">
            <w:pPr>
              <w:rPr>
                <w:rFonts w:ascii="Cambria" w:hAnsi="Cambria"/>
                <w:b/>
                <w:lang w:val="ro-RO"/>
              </w:rPr>
            </w:pPr>
            <w:r w:rsidRPr="00565414">
              <w:rPr>
                <w:rFonts w:ascii="Cambria" w:hAnsi="Cambria"/>
                <w:b/>
                <w:lang w:val="ro-RO"/>
              </w:rPr>
              <w:t>Cod de identificare fiscală (CIF)</w:t>
            </w:r>
          </w:p>
          <w:p w14:paraId="77347681" w14:textId="77777777" w:rsidR="00565414" w:rsidRPr="00565414" w:rsidRDefault="00565414" w:rsidP="00565414">
            <w:pPr>
              <w:rPr>
                <w:rFonts w:ascii="Cambria" w:hAnsi="Cambria"/>
                <w:lang w:val="ro-RO"/>
              </w:rPr>
            </w:pPr>
            <w:r w:rsidRPr="00565414">
              <w:rPr>
                <w:rFonts w:ascii="Cambria" w:hAnsi="Cambria"/>
                <w:b/>
                <w:lang w:val="ro-RO"/>
              </w:rPr>
              <w:t>5669317</w:t>
            </w:r>
          </w:p>
        </w:tc>
        <w:tc>
          <w:tcPr>
            <w:tcW w:w="4970" w:type="dxa"/>
            <w:gridSpan w:val="2"/>
            <w:tcBorders>
              <w:top w:val="single" w:sz="4" w:space="0" w:color="767676"/>
              <w:left w:val="single" w:sz="4" w:space="0" w:color="767676"/>
              <w:bottom w:val="single" w:sz="4" w:space="0" w:color="767676"/>
              <w:right w:val="single" w:sz="4" w:space="0" w:color="767676"/>
            </w:tcBorders>
            <w:shd w:val="clear" w:color="auto" w:fill="EFEFEF"/>
            <w:tcMar>
              <w:top w:w="28" w:type="dxa"/>
              <w:left w:w="0" w:type="dxa"/>
              <w:bottom w:w="28" w:type="dxa"/>
              <w:right w:w="0" w:type="dxa"/>
            </w:tcMar>
            <w:hideMark/>
          </w:tcPr>
          <w:p w14:paraId="32B33850" w14:textId="77777777" w:rsidR="00565414" w:rsidRPr="00565414" w:rsidRDefault="00565414" w:rsidP="00565414">
            <w:pPr>
              <w:rPr>
                <w:rFonts w:ascii="Cambria" w:hAnsi="Cambria"/>
                <w:b/>
                <w:lang w:val="ro-RO"/>
              </w:rPr>
            </w:pPr>
            <w:r w:rsidRPr="00565414">
              <w:rPr>
                <w:rFonts w:ascii="Cambria" w:hAnsi="Cambria"/>
                <w:b/>
                <w:lang w:val="ro-RO"/>
              </w:rPr>
              <w:t>Adresa oficială</w:t>
            </w:r>
          </w:p>
          <w:p w14:paraId="20841BDF" w14:textId="77777777" w:rsidR="00565414" w:rsidRPr="00565414" w:rsidRDefault="00565414" w:rsidP="00565414">
            <w:pPr>
              <w:rPr>
                <w:rFonts w:ascii="Cambria" w:hAnsi="Cambria"/>
                <w:b/>
                <w:lang w:val="ro-RO"/>
              </w:rPr>
            </w:pPr>
            <w:r w:rsidRPr="00565414">
              <w:rPr>
                <w:rFonts w:ascii="Cambria" w:hAnsi="Cambria"/>
                <w:b/>
                <w:lang w:val="ro-RO"/>
              </w:rPr>
              <w:t>Bd. 1 Decembrie 1918, Nr. 26, Oraș Luduș, Județ Mureș</w:t>
            </w:r>
          </w:p>
          <w:p w14:paraId="072E0671" w14:textId="77777777" w:rsidR="00565414" w:rsidRPr="00565414" w:rsidRDefault="00565414" w:rsidP="00565414">
            <w:pPr>
              <w:rPr>
                <w:rFonts w:ascii="Cambria" w:hAnsi="Cambria"/>
                <w:b/>
                <w:lang w:val="ro-RO"/>
              </w:rPr>
            </w:pPr>
            <w:r w:rsidRPr="00565414">
              <w:rPr>
                <w:rFonts w:ascii="Cambria" w:hAnsi="Cambria"/>
                <w:b/>
                <w:lang w:val="ro-RO"/>
              </w:rPr>
              <w:t>Telefon: 0265411716, 0265411548</w:t>
            </w:r>
          </w:p>
          <w:p w14:paraId="0BB9DB05" w14:textId="77777777" w:rsidR="00565414" w:rsidRPr="00565414" w:rsidRDefault="00565414" w:rsidP="00565414">
            <w:pPr>
              <w:rPr>
                <w:rFonts w:ascii="Cambria" w:hAnsi="Cambria"/>
                <w:b/>
                <w:lang w:val="ro-RO"/>
              </w:rPr>
            </w:pPr>
            <w:r w:rsidRPr="00565414">
              <w:rPr>
                <w:rFonts w:ascii="Cambria" w:hAnsi="Cambria"/>
                <w:b/>
                <w:lang w:val="ro-RO"/>
              </w:rPr>
              <w:t>e-mail: ludus@ms.e-adm.ro</w:t>
            </w:r>
          </w:p>
        </w:tc>
      </w:tr>
      <w:tr w:rsidR="00565414" w:rsidRPr="00565414" w14:paraId="367A26C7" w14:textId="77777777">
        <w:trPr>
          <w:trHeight w:val="20"/>
          <w:jc w:val="center"/>
        </w:trPr>
        <w:tc>
          <w:tcPr>
            <w:tcW w:w="9498" w:type="dxa"/>
            <w:vMerge/>
            <w:tcBorders>
              <w:top w:val="single" w:sz="4" w:space="0" w:color="767676"/>
              <w:left w:val="single" w:sz="4" w:space="0" w:color="767676"/>
              <w:bottom w:val="single" w:sz="4" w:space="0" w:color="767676"/>
              <w:right w:val="single" w:sz="4" w:space="0" w:color="767676"/>
            </w:tcBorders>
            <w:vAlign w:val="center"/>
            <w:hideMark/>
          </w:tcPr>
          <w:p w14:paraId="3FE7DA90" w14:textId="77777777" w:rsidR="00565414" w:rsidRPr="00565414" w:rsidRDefault="00565414" w:rsidP="00565414">
            <w:pPr>
              <w:rPr>
                <w:rFonts w:ascii="Cambria" w:hAnsi="Cambria"/>
                <w:lang w:val="ro-RO"/>
              </w:rPr>
            </w:pPr>
          </w:p>
        </w:tc>
        <w:tc>
          <w:tcPr>
            <w:tcW w:w="4674" w:type="dxa"/>
            <w:gridSpan w:val="2"/>
            <w:tcBorders>
              <w:top w:val="single" w:sz="4" w:space="0" w:color="767676"/>
              <w:left w:val="single" w:sz="4" w:space="0" w:color="767676"/>
              <w:bottom w:val="single" w:sz="4" w:space="0" w:color="767676"/>
              <w:right w:val="single" w:sz="4" w:space="0" w:color="767676"/>
            </w:tcBorders>
            <w:shd w:val="clear" w:color="auto" w:fill="EFEFEF"/>
            <w:tcMar>
              <w:top w:w="28" w:type="dxa"/>
              <w:left w:w="0" w:type="dxa"/>
              <w:bottom w:w="28" w:type="dxa"/>
              <w:right w:w="0" w:type="dxa"/>
            </w:tcMar>
            <w:hideMark/>
          </w:tcPr>
          <w:p w14:paraId="3CB8A2B3" w14:textId="77777777" w:rsidR="00565414" w:rsidRPr="00565414" w:rsidRDefault="00565414" w:rsidP="00565414">
            <w:pPr>
              <w:rPr>
                <w:rFonts w:ascii="Cambria" w:hAnsi="Cambria"/>
                <w:lang w:val="ro-RO"/>
              </w:rPr>
            </w:pPr>
            <w:r w:rsidRPr="00565414">
              <w:rPr>
                <w:rFonts w:ascii="Cambria" w:hAnsi="Cambria"/>
                <w:b/>
                <w:lang w:val="ro-RO"/>
              </w:rPr>
              <w:t>Număr de înregistrare</w:t>
            </w:r>
          </w:p>
        </w:tc>
        <w:tc>
          <w:tcPr>
            <w:tcW w:w="3266" w:type="dxa"/>
            <w:tcBorders>
              <w:top w:val="single" w:sz="4" w:space="0" w:color="767676"/>
              <w:left w:val="single" w:sz="4" w:space="0" w:color="767676"/>
              <w:bottom w:val="single" w:sz="4" w:space="0" w:color="767676"/>
              <w:right w:val="single" w:sz="4" w:space="0" w:color="767676"/>
            </w:tcBorders>
            <w:shd w:val="clear" w:color="auto" w:fill="EFEFEF"/>
            <w:tcMar>
              <w:top w:w="28" w:type="dxa"/>
              <w:left w:w="0" w:type="dxa"/>
              <w:bottom w:w="28" w:type="dxa"/>
              <w:right w:w="0" w:type="dxa"/>
            </w:tcMar>
            <w:hideMark/>
          </w:tcPr>
          <w:p w14:paraId="12468572" w14:textId="77777777" w:rsidR="00565414" w:rsidRPr="00565414" w:rsidRDefault="00565414" w:rsidP="00565414">
            <w:pPr>
              <w:rPr>
                <w:rFonts w:ascii="Cambria" w:hAnsi="Cambria"/>
                <w:lang w:val="ro-RO"/>
              </w:rPr>
            </w:pPr>
            <w:r w:rsidRPr="00565414">
              <w:rPr>
                <w:rFonts w:ascii="Cambria" w:hAnsi="Cambria"/>
                <w:b/>
                <w:lang w:val="ro-RO"/>
              </w:rPr>
              <w:t>Data</w:t>
            </w:r>
          </w:p>
        </w:tc>
      </w:tr>
      <w:tr w:rsidR="00565414" w:rsidRPr="00565414" w14:paraId="1D3B5A16" w14:textId="77777777">
        <w:trPr>
          <w:jc w:val="center"/>
        </w:trPr>
        <w:tc>
          <w:tcPr>
            <w:tcW w:w="9498" w:type="dxa"/>
            <w:gridSpan w:val="4"/>
            <w:tcBorders>
              <w:top w:val="single" w:sz="4" w:space="0" w:color="767676"/>
              <w:left w:val="single" w:sz="4" w:space="0" w:color="767676"/>
              <w:bottom w:val="single" w:sz="4" w:space="0" w:color="767676"/>
              <w:right w:val="single" w:sz="4" w:space="0" w:color="767676"/>
            </w:tcBorders>
            <w:shd w:val="clear" w:color="auto" w:fill="EFEFEF"/>
            <w:tcMar>
              <w:top w:w="28" w:type="dxa"/>
              <w:left w:w="0" w:type="dxa"/>
              <w:bottom w:w="28" w:type="dxa"/>
              <w:right w:w="0" w:type="dxa"/>
            </w:tcMar>
            <w:hideMark/>
          </w:tcPr>
          <w:p w14:paraId="072E7B42" w14:textId="77777777" w:rsidR="00565414" w:rsidRPr="00565414" w:rsidRDefault="00565414" w:rsidP="00565414">
            <w:pPr>
              <w:rPr>
                <w:rFonts w:ascii="Cambria" w:hAnsi="Cambria"/>
                <w:lang w:val="ro-RO"/>
              </w:rPr>
            </w:pPr>
            <w:r w:rsidRPr="00565414">
              <w:rPr>
                <w:rFonts w:ascii="Cambria" w:hAnsi="Cambria"/>
                <w:i/>
                <w:lang w:val="ro-RO"/>
              </w:rPr>
              <w:t xml:space="preserve"> se completează de autoritate — solicitantul nu scrie în această zonă</w:t>
            </w:r>
          </w:p>
        </w:tc>
      </w:tr>
    </w:tbl>
    <w:p w14:paraId="5E765707" w14:textId="77777777" w:rsidR="0092490D" w:rsidRPr="00565414" w:rsidRDefault="0092490D" w:rsidP="00565414">
      <w:pPr>
        <w:rPr>
          <w:rFonts w:ascii="Cambria" w:hAnsi="Cambria"/>
          <w:lang w:val="fr-FR"/>
        </w:rPr>
      </w:pPr>
    </w:p>
    <w:p w14:paraId="7CF593E3" w14:textId="77777777" w:rsidR="0092490D" w:rsidRPr="00565414" w:rsidRDefault="008D3852" w:rsidP="00565414">
      <w:pPr>
        <w:jc w:val="center"/>
        <w:rPr>
          <w:rFonts w:ascii="Cambria" w:hAnsi="Cambria"/>
          <w:sz w:val="28"/>
          <w:szCs w:val="28"/>
          <w:lang w:val="ro-RO"/>
        </w:rPr>
      </w:pPr>
      <w:r w:rsidRPr="00565414">
        <w:rPr>
          <w:rFonts w:ascii="Cambria" w:hAnsi="Cambria"/>
          <w:b/>
          <w:sz w:val="28"/>
          <w:szCs w:val="28"/>
          <w:lang w:val="ro-RO"/>
        </w:rPr>
        <w:t>CERERE</w:t>
      </w:r>
    </w:p>
    <w:p w14:paraId="0B2AA7E4" w14:textId="77777777" w:rsidR="0092490D" w:rsidRPr="00565414" w:rsidRDefault="0092490D" w:rsidP="00565414">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92490D" w:rsidRPr="00565414" w14:paraId="4C8A739C" w14:textId="77777777" w:rsidTr="00565414">
        <w:trPr>
          <w:jc w:val="center"/>
        </w:trPr>
        <w:tc>
          <w:tcPr>
            <w:tcW w:w="9636" w:type="dxa"/>
            <w:shd w:val="clear" w:color="auto" w:fill="F4F4F4"/>
          </w:tcPr>
          <w:p w14:paraId="7E77948A" w14:textId="77777777" w:rsidR="0092490D" w:rsidRPr="00565414" w:rsidRDefault="008D3852" w:rsidP="00565414">
            <w:pPr>
              <w:keepNext/>
              <w:rPr>
                <w:rFonts w:ascii="Cambria" w:hAnsi="Cambria"/>
                <w:lang w:val="ro-RO"/>
              </w:rPr>
            </w:pPr>
            <w:r w:rsidRPr="00565414">
              <w:rPr>
                <w:rFonts w:ascii="Cambria" w:hAnsi="Cambria"/>
                <w:b/>
                <w:sz w:val="16"/>
                <w:lang w:val="ro-RO"/>
              </w:rPr>
              <w:t xml:space="preserve"> 1. </w:t>
            </w:r>
            <w:r w:rsidRPr="00565414">
              <w:rPr>
                <w:rFonts w:ascii="Cambria" w:hAnsi="Cambria"/>
                <w:b/>
                <w:sz w:val="18"/>
                <w:lang w:val="ro-RO"/>
              </w:rPr>
              <w:t>CĂTRE</w:t>
            </w:r>
          </w:p>
        </w:tc>
      </w:tr>
      <w:tr w:rsidR="0092490D" w:rsidRPr="00565414" w14:paraId="47D04DFF" w14:textId="77777777" w:rsidTr="00565414">
        <w:trPr>
          <w:trHeight w:val="510"/>
          <w:jc w:val="center"/>
        </w:trPr>
        <w:tc>
          <w:tcPr>
            <w:tcW w:w="9636" w:type="dxa"/>
          </w:tcPr>
          <w:p w14:paraId="7681FCB6" w14:textId="77777777" w:rsidR="0092490D" w:rsidRPr="00565414" w:rsidRDefault="008D3852" w:rsidP="00565414">
            <w:pPr>
              <w:keepNext/>
              <w:rPr>
                <w:rFonts w:ascii="Cambria" w:hAnsi="Cambria"/>
                <w:lang w:val="ro-RO"/>
              </w:rPr>
            </w:pPr>
            <w:r w:rsidRPr="00565414">
              <w:rPr>
                <w:rFonts w:ascii="Cambria" w:hAnsi="Cambria"/>
                <w:b/>
                <w:lang w:val="ro-RO"/>
              </w:rPr>
              <w:t>Instituția</w:t>
            </w:r>
          </w:p>
          <w:p w14:paraId="73C8D889" w14:textId="77777777" w:rsidR="0092490D" w:rsidRPr="00565414" w:rsidRDefault="008D3852" w:rsidP="00565414">
            <w:pPr>
              <w:keepNext/>
              <w:rPr>
                <w:rFonts w:ascii="Cambria" w:hAnsi="Cambria"/>
                <w:lang w:val="ro-RO"/>
              </w:rPr>
            </w:pPr>
            <w:r w:rsidRPr="00565414">
              <w:rPr>
                <w:rFonts w:ascii="Cambria" w:hAnsi="Cambria"/>
                <w:i/>
                <w:lang w:val="ro-RO"/>
              </w:rPr>
              <w:t>primăria municipiului / orașului / comunei · primăria de sector · consiliul județean</w:t>
            </w:r>
          </w:p>
          <w:p w14:paraId="7B27FAE0" w14:textId="77777777" w:rsidR="0092490D" w:rsidRPr="00565414" w:rsidRDefault="0092490D" w:rsidP="00565414">
            <w:pPr>
              <w:keepNext/>
              <w:rPr>
                <w:rFonts w:ascii="Cambria" w:hAnsi="Cambria"/>
                <w:lang w:val="ro-RO"/>
              </w:rPr>
            </w:pPr>
          </w:p>
        </w:tc>
      </w:tr>
      <w:tr w:rsidR="0092490D" w:rsidRPr="00565414" w14:paraId="322EBF70" w14:textId="77777777" w:rsidTr="00565414">
        <w:trPr>
          <w:jc w:val="center"/>
        </w:trPr>
        <w:tc>
          <w:tcPr>
            <w:tcW w:w="9636" w:type="dxa"/>
            <w:shd w:val="clear" w:color="auto" w:fill="F4F4F4"/>
          </w:tcPr>
          <w:p w14:paraId="1D4D1BC3" w14:textId="77777777" w:rsidR="0092490D" w:rsidRPr="00565414" w:rsidRDefault="008D3852" w:rsidP="00565414">
            <w:pPr>
              <w:rPr>
                <w:rFonts w:ascii="Cambria" w:hAnsi="Cambria"/>
                <w:lang w:val="ro-RO"/>
              </w:rPr>
            </w:pPr>
            <w:r w:rsidRPr="00565414">
              <w:rPr>
                <w:rFonts w:ascii="Cambria" w:hAnsi="Cambria"/>
                <w:lang w:val="ro-RO"/>
              </w:rPr>
              <w:t>Cererea va fi transmisă către președintele consiliului județean, primarul general, primarul de sector sau primarul municipiului / orașului / comunei, după caz.</w:t>
            </w:r>
          </w:p>
        </w:tc>
      </w:tr>
    </w:tbl>
    <w:p w14:paraId="4672FCFC" w14:textId="77777777" w:rsidR="0092490D" w:rsidRPr="00565414" w:rsidRDefault="0092490D" w:rsidP="00565414">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7"/>
        <w:gridCol w:w="803"/>
        <w:gridCol w:w="803"/>
        <w:gridCol w:w="803"/>
        <w:gridCol w:w="803"/>
        <w:gridCol w:w="1607"/>
        <w:gridCol w:w="1607"/>
      </w:tblGrid>
      <w:tr w:rsidR="0092490D" w:rsidRPr="00565414" w14:paraId="38966756" w14:textId="77777777" w:rsidTr="00565414">
        <w:trPr>
          <w:jc w:val="center"/>
        </w:trPr>
        <w:tc>
          <w:tcPr>
            <w:tcW w:w="9636" w:type="dxa"/>
            <w:gridSpan w:val="8"/>
            <w:shd w:val="clear" w:color="auto" w:fill="F4F4F4"/>
          </w:tcPr>
          <w:p w14:paraId="44602C75" w14:textId="77777777" w:rsidR="0092490D" w:rsidRPr="00565414" w:rsidRDefault="008D3852" w:rsidP="00565414">
            <w:pPr>
              <w:keepNext/>
              <w:rPr>
                <w:rFonts w:ascii="Cambria" w:hAnsi="Cambria"/>
                <w:lang w:val="ro-RO"/>
              </w:rPr>
            </w:pPr>
            <w:r w:rsidRPr="00565414">
              <w:rPr>
                <w:rFonts w:ascii="Cambria" w:hAnsi="Cambria"/>
                <w:b/>
                <w:sz w:val="16"/>
                <w:lang w:val="ro-RO"/>
              </w:rPr>
              <w:t xml:space="preserve"> 2. </w:t>
            </w:r>
            <w:r w:rsidRPr="00565414">
              <w:rPr>
                <w:rFonts w:ascii="Cambria" w:hAnsi="Cambria"/>
                <w:b/>
                <w:sz w:val="18"/>
                <w:lang w:val="ro-RO"/>
              </w:rPr>
              <w:t>SOLICITANTUL</w:t>
            </w:r>
          </w:p>
        </w:tc>
      </w:tr>
      <w:tr w:rsidR="0092490D" w:rsidRPr="00565414" w14:paraId="03DFB324" w14:textId="77777777" w:rsidTr="00565414">
        <w:trPr>
          <w:trHeight w:val="309"/>
          <w:jc w:val="center"/>
        </w:trPr>
        <w:tc>
          <w:tcPr>
            <w:tcW w:w="5621" w:type="dxa"/>
            <w:gridSpan w:val="5"/>
          </w:tcPr>
          <w:p w14:paraId="7D07181E" w14:textId="77777777" w:rsidR="0092490D" w:rsidRPr="00565414" w:rsidRDefault="008D3852" w:rsidP="00565414">
            <w:pPr>
              <w:keepNext/>
              <w:rPr>
                <w:rFonts w:ascii="Cambria" w:hAnsi="Cambria"/>
                <w:lang w:val="ro-RO"/>
              </w:rPr>
            </w:pPr>
            <w:r w:rsidRPr="00565414">
              <w:rPr>
                <w:rFonts w:ascii="Cambria" w:hAnsi="Cambria"/>
                <w:b/>
                <w:lang w:val="ro-RO"/>
              </w:rPr>
              <w:t>Nume și prenume</w:t>
            </w:r>
          </w:p>
          <w:p w14:paraId="74E904D4" w14:textId="77777777" w:rsidR="0092490D" w:rsidRDefault="0092490D" w:rsidP="00565414">
            <w:pPr>
              <w:keepNext/>
              <w:rPr>
                <w:rFonts w:ascii="Cambria" w:hAnsi="Cambria"/>
                <w:lang w:val="ro-RO"/>
              </w:rPr>
            </w:pPr>
          </w:p>
          <w:p w14:paraId="14353ADA" w14:textId="77777777" w:rsidR="00565414" w:rsidRPr="00565414" w:rsidRDefault="00565414" w:rsidP="00565414">
            <w:pPr>
              <w:keepNext/>
              <w:rPr>
                <w:rFonts w:ascii="Cambria" w:hAnsi="Cambria"/>
                <w:lang w:val="ro-RO"/>
              </w:rPr>
            </w:pPr>
          </w:p>
        </w:tc>
        <w:tc>
          <w:tcPr>
            <w:tcW w:w="4015" w:type="dxa"/>
            <w:gridSpan w:val="3"/>
          </w:tcPr>
          <w:p w14:paraId="591F6BB9" w14:textId="77777777" w:rsidR="0092490D" w:rsidRPr="00565414" w:rsidRDefault="008D3852" w:rsidP="00565414">
            <w:pPr>
              <w:keepNext/>
              <w:rPr>
                <w:rFonts w:ascii="Cambria" w:hAnsi="Cambria"/>
                <w:lang w:val="ro-RO"/>
              </w:rPr>
            </w:pPr>
            <w:r w:rsidRPr="00565414">
              <w:rPr>
                <w:rFonts w:ascii="Cambria" w:hAnsi="Cambria"/>
                <w:b/>
                <w:lang w:val="ro-RO"/>
              </w:rPr>
              <w:t>CNP</w:t>
            </w:r>
          </w:p>
          <w:p w14:paraId="257490B2" w14:textId="77777777" w:rsidR="0092490D" w:rsidRPr="00565414" w:rsidRDefault="0092490D" w:rsidP="00565414">
            <w:pPr>
              <w:keepNext/>
              <w:rPr>
                <w:rFonts w:ascii="Cambria" w:hAnsi="Cambria"/>
                <w:lang w:val="ro-RO"/>
              </w:rPr>
            </w:pPr>
          </w:p>
        </w:tc>
      </w:tr>
      <w:tr w:rsidR="0092490D" w:rsidRPr="00565414" w14:paraId="5F5CF8C4" w14:textId="77777777" w:rsidTr="00565414">
        <w:trPr>
          <w:jc w:val="center"/>
        </w:trPr>
        <w:tc>
          <w:tcPr>
            <w:tcW w:w="9636" w:type="dxa"/>
            <w:gridSpan w:val="8"/>
            <w:shd w:val="clear" w:color="auto" w:fill="F4F4F4"/>
          </w:tcPr>
          <w:p w14:paraId="37E82194" w14:textId="77777777" w:rsidR="0092490D" w:rsidRPr="00565414" w:rsidRDefault="008D3852" w:rsidP="00565414">
            <w:pPr>
              <w:keepNext/>
              <w:rPr>
                <w:rFonts w:ascii="Cambria" w:hAnsi="Cambria"/>
                <w:lang w:val="ro-RO"/>
              </w:rPr>
            </w:pPr>
            <w:r w:rsidRPr="00565414">
              <w:rPr>
                <w:rFonts w:ascii="Cambria" w:hAnsi="Cambria"/>
                <w:sz w:val="16"/>
                <w:lang w:val="ro-RO"/>
              </w:rPr>
              <w:t xml:space="preserve"> Act de identitate</w:t>
            </w:r>
          </w:p>
        </w:tc>
      </w:tr>
      <w:tr w:rsidR="0092490D" w:rsidRPr="00565414" w14:paraId="018674C0" w14:textId="77777777" w:rsidTr="00565414">
        <w:trPr>
          <w:trHeight w:val="317"/>
          <w:jc w:val="center"/>
        </w:trPr>
        <w:tc>
          <w:tcPr>
            <w:tcW w:w="1606" w:type="dxa"/>
          </w:tcPr>
          <w:p w14:paraId="0CC0546B" w14:textId="77777777" w:rsidR="0092490D" w:rsidRDefault="008D3852" w:rsidP="00565414">
            <w:pPr>
              <w:keepNext/>
              <w:rPr>
                <w:rFonts w:ascii="Cambria" w:hAnsi="Cambria"/>
                <w:b/>
                <w:lang w:val="ro-RO"/>
              </w:rPr>
            </w:pPr>
            <w:r w:rsidRPr="00565414">
              <w:rPr>
                <w:rFonts w:ascii="Cambria" w:hAnsi="Cambria"/>
                <w:b/>
                <w:lang w:val="ro-RO"/>
              </w:rPr>
              <w:t>Seria</w:t>
            </w:r>
          </w:p>
          <w:p w14:paraId="6BCD0A20" w14:textId="77777777" w:rsidR="00565414" w:rsidRPr="00565414" w:rsidRDefault="00565414" w:rsidP="00565414">
            <w:pPr>
              <w:keepNext/>
              <w:rPr>
                <w:rFonts w:ascii="Cambria" w:hAnsi="Cambria"/>
                <w:lang w:val="ro-RO"/>
              </w:rPr>
            </w:pPr>
          </w:p>
          <w:p w14:paraId="49733ED9" w14:textId="77777777" w:rsidR="0092490D" w:rsidRPr="00565414" w:rsidRDefault="0092490D" w:rsidP="00565414">
            <w:pPr>
              <w:keepNext/>
              <w:rPr>
                <w:rFonts w:ascii="Cambria" w:hAnsi="Cambria"/>
                <w:lang w:val="ro-RO"/>
              </w:rPr>
            </w:pPr>
          </w:p>
        </w:tc>
        <w:tc>
          <w:tcPr>
            <w:tcW w:w="1606" w:type="dxa"/>
          </w:tcPr>
          <w:p w14:paraId="653EEA97" w14:textId="77777777" w:rsidR="0092490D" w:rsidRPr="00565414" w:rsidRDefault="008D3852" w:rsidP="00565414">
            <w:pPr>
              <w:keepNext/>
              <w:rPr>
                <w:rFonts w:ascii="Cambria" w:hAnsi="Cambria"/>
                <w:lang w:val="ro-RO"/>
              </w:rPr>
            </w:pPr>
            <w:r w:rsidRPr="00565414">
              <w:rPr>
                <w:rFonts w:ascii="Cambria" w:hAnsi="Cambria"/>
                <w:b/>
                <w:lang w:val="ro-RO"/>
              </w:rPr>
              <w:t>Numărul</w:t>
            </w:r>
          </w:p>
          <w:p w14:paraId="39BA81F1" w14:textId="77777777" w:rsidR="0092490D" w:rsidRPr="00565414" w:rsidRDefault="0092490D" w:rsidP="00565414">
            <w:pPr>
              <w:keepNext/>
              <w:rPr>
                <w:rFonts w:ascii="Cambria" w:hAnsi="Cambria"/>
                <w:lang w:val="ro-RO"/>
              </w:rPr>
            </w:pPr>
          </w:p>
        </w:tc>
        <w:tc>
          <w:tcPr>
            <w:tcW w:w="4818" w:type="dxa"/>
            <w:gridSpan w:val="5"/>
          </w:tcPr>
          <w:p w14:paraId="4317C149" w14:textId="77777777" w:rsidR="0092490D" w:rsidRPr="00565414" w:rsidRDefault="008D3852" w:rsidP="00565414">
            <w:pPr>
              <w:keepNext/>
              <w:rPr>
                <w:rFonts w:ascii="Cambria" w:hAnsi="Cambria"/>
                <w:lang w:val="ro-RO"/>
              </w:rPr>
            </w:pPr>
            <w:r w:rsidRPr="00565414">
              <w:rPr>
                <w:rFonts w:ascii="Cambria" w:hAnsi="Cambria"/>
                <w:b/>
                <w:lang w:val="ro-RO"/>
              </w:rPr>
              <w:t>Eliberat de</w:t>
            </w:r>
          </w:p>
          <w:p w14:paraId="015ED2FB" w14:textId="77777777" w:rsidR="0092490D" w:rsidRPr="00565414" w:rsidRDefault="0092490D" w:rsidP="00565414">
            <w:pPr>
              <w:keepNext/>
              <w:rPr>
                <w:rFonts w:ascii="Cambria" w:hAnsi="Cambria"/>
                <w:lang w:val="ro-RO"/>
              </w:rPr>
            </w:pPr>
          </w:p>
        </w:tc>
        <w:tc>
          <w:tcPr>
            <w:tcW w:w="1606" w:type="dxa"/>
          </w:tcPr>
          <w:p w14:paraId="2DD0A946" w14:textId="77777777" w:rsidR="0092490D" w:rsidRPr="00565414" w:rsidRDefault="008D3852" w:rsidP="00565414">
            <w:pPr>
              <w:keepNext/>
              <w:rPr>
                <w:rFonts w:ascii="Cambria" w:hAnsi="Cambria"/>
                <w:lang w:val="ro-RO"/>
              </w:rPr>
            </w:pPr>
            <w:r w:rsidRPr="00565414">
              <w:rPr>
                <w:rFonts w:ascii="Cambria" w:hAnsi="Cambria"/>
                <w:b/>
                <w:lang w:val="ro-RO"/>
              </w:rPr>
              <w:t>La data</w:t>
            </w:r>
          </w:p>
          <w:p w14:paraId="38FA9DDA" w14:textId="77777777" w:rsidR="0092490D" w:rsidRPr="00565414" w:rsidRDefault="0092490D" w:rsidP="00565414">
            <w:pPr>
              <w:keepNext/>
              <w:rPr>
                <w:rFonts w:ascii="Cambria" w:hAnsi="Cambria"/>
                <w:lang w:val="ro-RO"/>
              </w:rPr>
            </w:pPr>
          </w:p>
        </w:tc>
      </w:tr>
      <w:tr w:rsidR="0092490D" w:rsidRPr="00565414" w14:paraId="2337ACE9" w14:textId="77777777" w:rsidTr="00565414">
        <w:trPr>
          <w:jc w:val="center"/>
        </w:trPr>
        <w:tc>
          <w:tcPr>
            <w:tcW w:w="9636" w:type="dxa"/>
            <w:gridSpan w:val="8"/>
            <w:shd w:val="clear" w:color="auto" w:fill="F4F4F4"/>
          </w:tcPr>
          <w:p w14:paraId="1E399C8E" w14:textId="77777777" w:rsidR="0092490D" w:rsidRPr="00565414" w:rsidRDefault="008D3852" w:rsidP="00565414">
            <w:pPr>
              <w:keepNext/>
              <w:rPr>
                <w:rFonts w:ascii="Cambria" w:hAnsi="Cambria"/>
                <w:lang w:val="ro-RO"/>
              </w:rPr>
            </w:pPr>
            <w:r w:rsidRPr="00565414">
              <w:rPr>
                <w:rFonts w:ascii="Cambria" w:hAnsi="Cambria"/>
                <w:sz w:val="16"/>
                <w:lang w:val="ro-RO"/>
              </w:rPr>
              <w:t xml:space="preserve"> Domiciliul</w:t>
            </w:r>
          </w:p>
        </w:tc>
      </w:tr>
      <w:tr w:rsidR="0092490D" w:rsidRPr="00565414" w14:paraId="2DC82971" w14:textId="77777777" w:rsidTr="00565414">
        <w:trPr>
          <w:trHeight w:val="510"/>
          <w:jc w:val="center"/>
        </w:trPr>
        <w:tc>
          <w:tcPr>
            <w:tcW w:w="3212" w:type="dxa"/>
            <w:gridSpan w:val="2"/>
          </w:tcPr>
          <w:p w14:paraId="29F123E6" w14:textId="77777777" w:rsidR="0092490D" w:rsidRPr="00565414" w:rsidRDefault="008D3852" w:rsidP="00565414">
            <w:pPr>
              <w:keepNext/>
              <w:rPr>
                <w:rFonts w:ascii="Cambria" w:hAnsi="Cambria"/>
                <w:lang w:val="ro-RO"/>
              </w:rPr>
            </w:pPr>
            <w:r w:rsidRPr="00565414">
              <w:rPr>
                <w:rFonts w:ascii="Cambria" w:hAnsi="Cambria"/>
                <w:b/>
                <w:lang w:val="ro-RO"/>
              </w:rPr>
              <w:t>Județul</w:t>
            </w:r>
          </w:p>
          <w:p w14:paraId="22FB080F" w14:textId="77777777" w:rsidR="0092490D" w:rsidRPr="00565414" w:rsidRDefault="0092490D" w:rsidP="00565414">
            <w:pPr>
              <w:keepNext/>
              <w:rPr>
                <w:rFonts w:ascii="Cambria" w:hAnsi="Cambria"/>
                <w:lang w:val="ro-RO"/>
              </w:rPr>
            </w:pPr>
          </w:p>
        </w:tc>
        <w:tc>
          <w:tcPr>
            <w:tcW w:w="3212" w:type="dxa"/>
            <w:gridSpan w:val="4"/>
          </w:tcPr>
          <w:p w14:paraId="1370ECF3" w14:textId="77777777" w:rsidR="0092490D" w:rsidRPr="00565414" w:rsidRDefault="008D3852" w:rsidP="00565414">
            <w:pPr>
              <w:keepNext/>
              <w:rPr>
                <w:rFonts w:ascii="Cambria" w:hAnsi="Cambria"/>
                <w:lang w:val="ro-RO"/>
              </w:rPr>
            </w:pPr>
            <w:r w:rsidRPr="00565414">
              <w:rPr>
                <w:rFonts w:ascii="Cambria" w:hAnsi="Cambria"/>
                <w:b/>
                <w:lang w:val="ro-RO"/>
              </w:rPr>
              <w:t>Municipiul / orașul / comuna</w:t>
            </w:r>
          </w:p>
          <w:p w14:paraId="6E3ED8AA" w14:textId="77777777" w:rsidR="0092490D" w:rsidRPr="00565414" w:rsidRDefault="0092490D" w:rsidP="00565414">
            <w:pPr>
              <w:keepNext/>
              <w:rPr>
                <w:rFonts w:ascii="Cambria" w:hAnsi="Cambria"/>
                <w:lang w:val="ro-RO"/>
              </w:rPr>
            </w:pPr>
          </w:p>
        </w:tc>
        <w:tc>
          <w:tcPr>
            <w:tcW w:w="3212" w:type="dxa"/>
            <w:gridSpan w:val="2"/>
          </w:tcPr>
          <w:p w14:paraId="7C0AE4A8" w14:textId="77777777" w:rsidR="0092490D" w:rsidRPr="00565414" w:rsidRDefault="008D3852" w:rsidP="00565414">
            <w:pPr>
              <w:keepNext/>
              <w:rPr>
                <w:rFonts w:ascii="Cambria" w:hAnsi="Cambria"/>
                <w:lang w:val="ro-RO"/>
              </w:rPr>
            </w:pPr>
            <w:r w:rsidRPr="00565414">
              <w:rPr>
                <w:rFonts w:ascii="Cambria" w:hAnsi="Cambria"/>
                <w:b/>
                <w:lang w:val="ro-RO"/>
              </w:rPr>
              <w:t>Satul / sectorul</w:t>
            </w:r>
          </w:p>
          <w:p w14:paraId="48F30308" w14:textId="77777777" w:rsidR="0092490D" w:rsidRPr="00565414" w:rsidRDefault="0092490D" w:rsidP="00565414">
            <w:pPr>
              <w:keepNext/>
              <w:rPr>
                <w:rFonts w:ascii="Cambria" w:hAnsi="Cambria"/>
                <w:lang w:val="ro-RO"/>
              </w:rPr>
            </w:pPr>
          </w:p>
        </w:tc>
      </w:tr>
      <w:tr w:rsidR="0092490D" w:rsidRPr="00565414" w14:paraId="062C25E4" w14:textId="77777777" w:rsidTr="00565414">
        <w:trPr>
          <w:trHeight w:val="510"/>
          <w:jc w:val="center"/>
        </w:trPr>
        <w:tc>
          <w:tcPr>
            <w:tcW w:w="3212" w:type="dxa"/>
            <w:gridSpan w:val="2"/>
          </w:tcPr>
          <w:p w14:paraId="72EA9E3A" w14:textId="77777777" w:rsidR="0092490D" w:rsidRPr="00565414" w:rsidRDefault="008D3852" w:rsidP="00565414">
            <w:pPr>
              <w:keepNext/>
              <w:rPr>
                <w:rFonts w:ascii="Cambria" w:hAnsi="Cambria"/>
                <w:lang w:val="ro-RO"/>
              </w:rPr>
            </w:pPr>
            <w:r w:rsidRPr="00565414">
              <w:rPr>
                <w:rFonts w:ascii="Cambria" w:hAnsi="Cambria"/>
                <w:b/>
                <w:lang w:val="ro-RO"/>
              </w:rPr>
              <w:t>Strada</w:t>
            </w:r>
          </w:p>
          <w:p w14:paraId="2DC51088" w14:textId="77777777" w:rsidR="0092490D" w:rsidRPr="00565414" w:rsidRDefault="0092490D" w:rsidP="00565414">
            <w:pPr>
              <w:keepNext/>
              <w:rPr>
                <w:rFonts w:ascii="Cambria" w:hAnsi="Cambria"/>
                <w:lang w:val="ro-RO"/>
              </w:rPr>
            </w:pPr>
          </w:p>
        </w:tc>
        <w:tc>
          <w:tcPr>
            <w:tcW w:w="803" w:type="dxa"/>
          </w:tcPr>
          <w:p w14:paraId="7C17F5D0" w14:textId="77777777" w:rsidR="0092490D" w:rsidRPr="00565414" w:rsidRDefault="008D3852" w:rsidP="00565414">
            <w:pPr>
              <w:keepNext/>
              <w:rPr>
                <w:rFonts w:ascii="Cambria" w:hAnsi="Cambria"/>
                <w:lang w:val="ro-RO"/>
              </w:rPr>
            </w:pPr>
            <w:r w:rsidRPr="00565414">
              <w:rPr>
                <w:rFonts w:ascii="Cambria" w:hAnsi="Cambria"/>
                <w:b/>
                <w:lang w:val="ro-RO"/>
              </w:rPr>
              <w:t>Nr.</w:t>
            </w:r>
          </w:p>
          <w:p w14:paraId="3E3E268C" w14:textId="77777777" w:rsidR="0092490D" w:rsidRPr="00565414" w:rsidRDefault="0092490D" w:rsidP="00565414">
            <w:pPr>
              <w:keepNext/>
              <w:rPr>
                <w:rFonts w:ascii="Cambria" w:hAnsi="Cambria"/>
                <w:lang w:val="ro-RO"/>
              </w:rPr>
            </w:pPr>
          </w:p>
        </w:tc>
        <w:tc>
          <w:tcPr>
            <w:tcW w:w="803" w:type="dxa"/>
          </w:tcPr>
          <w:p w14:paraId="7159979B" w14:textId="77777777" w:rsidR="0092490D" w:rsidRPr="00565414" w:rsidRDefault="008D3852" w:rsidP="00565414">
            <w:pPr>
              <w:keepNext/>
              <w:rPr>
                <w:rFonts w:ascii="Cambria" w:hAnsi="Cambria"/>
                <w:lang w:val="ro-RO"/>
              </w:rPr>
            </w:pPr>
            <w:r w:rsidRPr="00565414">
              <w:rPr>
                <w:rFonts w:ascii="Cambria" w:hAnsi="Cambria"/>
                <w:b/>
                <w:lang w:val="ro-RO"/>
              </w:rPr>
              <w:t>Sc.</w:t>
            </w:r>
          </w:p>
          <w:p w14:paraId="151A11D8" w14:textId="77777777" w:rsidR="0092490D" w:rsidRPr="00565414" w:rsidRDefault="0092490D" w:rsidP="00565414">
            <w:pPr>
              <w:keepNext/>
              <w:rPr>
                <w:rFonts w:ascii="Cambria" w:hAnsi="Cambria"/>
                <w:lang w:val="ro-RO"/>
              </w:rPr>
            </w:pPr>
          </w:p>
        </w:tc>
        <w:tc>
          <w:tcPr>
            <w:tcW w:w="803" w:type="dxa"/>
          </w:tcPr>
          <w:p w14:paraId="242B3AC0" w14:textId="77777777" w:rsidR="0092490D" w:rsidRPr="00565414" w:rsidRDefault="008D3852" w:rsidP="00565414">
            <w:pPr>
              <w:keepNext/>
              <w:rPr>
                <w:rFonts w:ascii="Cambria" w:hAnsi="Cambria"/>
                <w:lang w:val="ro-RO"/>
              </w:rPr>
            </w:pPr>
            <w:r w:rsidRPr="00565414">
              <w:rPr>
                <w:rFonts w:ascii="Cambria" w:hAnsi="Cambria"/>
                <w:b/>
                <w:lang w:val="ro-RO"/>
              </w:rPr>
              <w:t>Et.</w:t>
            </w:r>
          </w:p>
          <w:p w14:paraId="2979A2D4" w14:textId="77777777" w:rsidR="0092490D" w:rsidRPr="00565414" w:rsidRDefault="0092490D" w:rsidP="00565414">
            <w:pPr>
              <w:keepNext/>
              <w:rPr>
                <w:rFonts w:ascii="Cambria" w:hAnsi="Cambria"/>
                <w:lang w:val="ro-RO"/>
              </w:rPr>
            </w:pPr>
          </w:p>
        </w:tc>
        <w:tc>
          <w:tcPr>
            <w:tcW w:w="803" w:type="dxa"/>
          </w:tcPr>
          <w:p w14:paraId="3A687901" w14:textId="77777777" w:rsidR="0092490D" w:rsidRPr="00565414" w:rsidRDefault="008D3852" w:rsidP="00565414">
            <w:pPr>
              <w:keepNext/>
              <w:rPr>
                <w:rFonts w:ascii="Cambria" w:hAnsi="Cambria"/>
                <w:lang w:val="ro-RO"/>
              </w:rPr>
            </w:pPr>
            <w:r w:rsidRPr="00565414">
              <w:rPr>
                <w:rFonts w:ascii="Cambria" w:hAnsi="Cambria"/>
                <w:b/>
                <w:lang w:val="ro-RO"/>
              </w:rPr>
              <w:t>Ap.</w:t>
            </w:r>
          </w:p>
          <w:p w14:paraId="54F6FAF9" w14:textId="77777777" w:rsidR="0092490D" w:rsidRPr="00565414" w:rsidRDefault="0092490D" w:rsidP="00565414">
            <w:pPr>
              <w:keepNext/>
              <w:rPr>
                <w:rFonts w:ascii="Cambria" w:hAnsi="Cambria"/>
                <w:lang w:val="ro-RO"/>
              </w:rPr>
            </w:pPr>
          </w:p>
        </w:tc>
        <w:tc>
          <w:tcPr>
            <w:tcW w:w="1606" w:type="dxa"/>
          </w:tcPr>
          <w:p w14:paraId="2206F39B" w14:textId="77777777" w:rsidR="0092490D" w:rsidRPr="00565414" w:rsidRDefault="008D3852" w:rsidP="00565414">
            <w:pPr>
              <w:keepNext/>
              <w:rPr>
                <w:rFonts w:ascii="Cambria" w:hAnsi="Cambria"/>
                <w:lang w:val="ro-RO"/>
              </w:rPr>
            </w:pPr>
            <w:r w:rsidRPr="00565414">
              <w:rPr>
                <w:rFonts w:ascii="Cambria" w:hAnsi="Cambria"/>
                <w:b/>
                <w:lang w:val="ro-RO"/>
              </w:rPr>
              <w:t>Cod poștal</w:t>
            </w:r>
          </w:p>
          <w:p w14:paraId="7FBC5048" w14:textId="77777777" w:rsidR="0092490D" w:rsidRPr="00565414" w:rsidRDefault="0092490D" w:rsidP="00565414">
            <w:pPr>
              <w:keepNext/>
              <w:rPr>
                <w:rFonts w:ascii="Cambria" w:hAnsi="Cambria"/>
                <w:lang w:val="ro-RO"/>
              </w:rPr>
            </w:pPr>
          </w:p>
        </w:tc>
        <w:tc>
          <w:tcPr>
            <w:tcW w:w="1606" w:type="dxa"/>
          </w:tcPr>
          <w:p w14:paraId="7660C53A" w14:textId="77777777" w:rsidR="0092490D" w:rsidRPr="00565414" w:rsidRDefault="008D3852" w:rsidP="00565414">
            <w:pPr>
              <w:keepNext/>
              <w:rPr>
                <w:rFonts w:ascii="Cambria" w:hAnsi="Cambria"/>
                <w:lang w:val="ro-RO"/>
              </w:rPr>
            </w:pPr>
            <w:r w:rsidRPr="00565414">
              <w:rPr>
                <w:rFonts w:ascii="Cambria" w:hAnsi="Cambria"/>
                <w:b/>
                <w:lang w:val="ro-RO"/>
              </w:rPr>
              <w:t>Țara</w:t>
            </w:r>
          </w:p>
          <w:p w14:paraId="797B31A3" w14:textId="77777777" w:rsidR="0092490D" w:rsidRPr="00565414" w:rsidRDefault="0092490D" w:rsidP="00565414">
            <w:pPr>
              <w:keepNext/>
              <w:rPr>
                <w:rFonts w:ascii="Cambria" w:hAnsi="Cambria"/>
                <w:lang w:val="ro-RO"/>
              </w:rPr>
            </w:pPr>
          </w:p>
        </w:tc>
      </w:tr>
      <w:tr w:rsidR="0092490D" w:rsidRPr="00565414" w14:paraId="7B29F3B6" w14:textId="77777777" w:rsidTr="00565414">
        <w:trPr>
          <w:jc w:val="center"/>
        </w:trPr>
        <w:tc>
          <w:tcPr>
            <w:tcW w:w="9636" w:type="dxa"/>
            <w:gridSpan w:val="8"/>
            <w:shd w:val="clear" w:color="auto" w:fill="F4F4F4"/>
          </w:tcPr>
          <w:p w14:paraId="66B6500D" w14:textId="77777777" w:rsidR="0092490D" w:rsidRPr="00565414" w:rsidRDefault="008D3852" w:rsidP="00565414">
            <w:pPr>
              <w:keepNext/>
              <w:rPr>
                <w:rFonts w:ascii="Cambria" w:hAnsi="Cambria"/>
                <w:lang w:val="ro-RO"/>
              </w:rPr>
            </w:pPr>
            <w:r w:rsidRPr="00565414">
              <w:rPr>
                <w:rFonts w:ascii="Cambria" w:hAnsi="Cambria"/>
                <w:sz w:val="16"/>
                <w:lang w:val="ro-RO"/>
              </w:rPr>
              <w:t xml:space="preserve"> Date de contact</w:t>
            </w:r>
          </w:p>
        </w:tc>
      </w:tr>
      <w:tr w:rsidR="0092490D" w:rsidRPr="00565414" w14:paraId="01B7B86E" w14:textId="77777777" w:rsidTr="00565414">
        <w:trPr>
          <w:trHeight w:val="510"/>
          <w:jc w:val="center"/>
        </w:trPr>
        <w:tc>
          <w:tcPr>
            <w:tcW w:w="4015" w:type="dxa"/>
            <w:gridSpan w:val="3"/>
          </w:tcPr>
          <w:p w14:paraId="13778A07" w14:textId="77777777" w:rsidR="0092490D" w:rsidRPr="00565414" w:rsidRDefault="008D3852" w:rsidP="00565414">
            <w:pPr>
              <w:keepNext/>
              <w:rPr>
                <w:rFonts w:ascii="Cambria" w:hAnsi="Cambria"/>
                <w:lang w:val="ro-RO"/>
              </w:rPr>
            </w:pPr>
            <w:r w:rsidRPr="00565414">
              <w:rPr>
                <w:rFonts w:ascii="Cambria" w:hAnsi="Cambria"/>
                <w:b/>
                <w:lang w:val="ro-RO"/>
              </w:rPr>
              <w:t>Telefon / fax</w:t>
            </w:r>
          </w:p>
          <w:p w14:paraId="6BF6DA39" w14:textId="77777777" w:rsidR="0092490D" w:rsidRPr="00565414" w:rsidRDefault="0092490D" w:rsidP="00565414">
            <w:pPr>
              <w:keepNext/>
              <w:rPr>
                <w:rFonts w:ascii="Cambria" w:hAnsi="Cambria"/>
                <w:lang w:val="ro-RO"/>
              </w:rPr>
            </w:pPr>
          </w:p>
        </w:tc>
        <w:tc>
          <w:tcPr>
            <w:tcW w:w="5621" w:type="dxa"/>
            <w:gridSpan w:val="5"/>
          </w:tcPr>
          <w:p w14:paraId="781EB8EF" w14:textId="77777777" w:rsidR="0092490D" w:rsidRPr="00565414" w:rsidRDefault="008D3852" w:rsidP="00565414">
            <w:pPr>
              <w:keepNext/>
              <w:rPr>
                <w:rFonts w:ascii="Cambria" w:hAnsi="Cambria"/>
                <w:lang w:val="ro-RO"/>
              </w:rPr>
            </w:pPr>
            <w:r w:rsidRPr="00565414">
              <w:rPr>
                <w:rFonts w:ascii="Cambria" w:hAnsi="Cambria"/>
                <w:b/>
                <w:lang w:val="ro-RO"/>
              </w:rPr>
              <w:t>E-mail</w:t>
            </w:r>
          </w:p>
          <w:p w14:paraId="4DA9AF52" w14:textId="77777777" w:rsidR="0092490D" w:rsidRPr="00565414" w:rsidRDefault="0092490D" w:rsidP="00565414">
            <w:pPr>
              <w:keepNext/>
              <w:rPr>
                <w:rFonts w:ascii="Cambria" w:hAnsi="Cambria"/>
                <w:lang w:val="ro-RO"/>
              </w:rPr>
            </w:pPr>
          </w:p>
        </w:tc>
      </w:tr>
      <w:tr w:rsidR="0092490D" w:rsidRPr="00565414" w14:paraId="0EA0BBAA" w14:textId="77777777" w:rsidTr="00565414">
        <w:trPr>
          <w:jc w:val="center"/>
        </w:trPr>
        <w:tc>
          <w:tcPr>
            <w:tcW w:w="9636" w:type="dxa"/>
            <w:gridSpan w:val="8"/>
            <w:shd w:val="clear" w:color="auto" w:fill="F4F4F4"/>
          </w:tcPr>
          <w:p w14:paraId="002B0D0F" w14:textId="77777777" w:rsidR="0092490D" w:rsidRPr="00565414" w:rsidRDefault="008D3852" w:rsidP="00565414">
            <w:pPr>
              <w:keepNext/>
              <w:rPr>
                <w:rFonts w:ascii="Cambria" w:hAnsi="Cambria"/>
                <w:lang w:val="ro-RO"/>
              </w:rPr>
            </w:pPr>
            <w:r w:rsidRPr="00565414">
              <w:rPr>
                <w:rFonts w:ascii="Cambria" w:hAnsi="Cambria"/>
                <w:sz w:val="16"/>
                <w:lang w:val="ro-RO"/>
              </w:rPr>
              <w:t xml:space="preserve"> Reprezentare</w:t>
            </w:r>
          </w:p>
        </w:tc>
      </w:tr>
      <w:tr w:rsidR="0092490D" w:rsidRPr="00565414" w14:paraId="60E7F03B" w14:textId="77777777" w:rsidTr="00565414">
        <w:trPr>
          <w:trHeight w:val="510"/>
          <w:jc w:val="center"/>
        </w:trPr>
        <w:tc>
          <w:tcPr>
            <w:tcW w:w="6424" w:type="dxa"/>
            <w:gridSpan w:val="6"/>
          </w:tcPr>
          <w:p w14:paraId="474C309C" w14:textId="77777777" w:rsidR="0092490D" w:rsidRPr="00565414" w:rsidRDefault="008D3852" w:rsidP="00565414">
            <w:pPr>
              <w:rPr>
                <w:rFonts w:ascii="Cambria" w:hAnsi="Cambria"/>
                <w:lang w:val="ro-RO"/>
              </w:rPr>
            </w:pPr>
            <w:r w:rsidRPr="00565414">
              <w:rPr>
                <w:rFonts w:ascii="Cambria" w:hAnsi="Cambria"/>
                <w:b/>
                <w:lang w:val="ro-RO"/>
              </w:rPr>
              <w:t>În calitate de reprezentant al</w:t>
            </w:r>
          </w:p>
          <w:p w14:paraId="50F1A1AB" w14:textId="77777777" w:rsidR="0092490D" w:rsidRPr="00565414" w:rsidRDefault="0092490D" w:rsidP="00565414">
            <w:pPr>
              <w:rPr>
                <w:rFonts w:ascii="Cambria" w:hAnsi="Cambria"/>
                <w:lang w:val="ro-RO"/>
              </w:rPr>
            </w:pPr>
          </w:p>
        </w:tc>
        <w:tc>
          <w:tcPr>
            <w:tcW w:w="3212" w:type="dxa"/>
            <w:gridSpan w:val="2"/>
          </w:tcPr>
          <w:p w14:paraId="60D40485" w14:textId="77777777" w:rsidR="0092490D" w:rsidRPr="00565414" w:rsidRDefault="008D3852" w:rsidP="00565414">
            <w:pPr>
              <w:rPr>
                <w:rFonts w:ascii="Cambria" w:hAnsi="Cambria"/>
                <w:lang w:val="ro-RO"/>
              </w:rPr>
            </w:pPr>
            <w:r w:rsidRPr="00565414">
              <w:rPr>
                <w:rFonts w:ascii="Cambria" w:hAnsi="Cambria"/>
                <w:b/>
                <w:lang w:val="ro-RO"/>
              </w:rPr>
              <w:t>CUI / CIF</w:t>
            </w:r>
          </w:p>
          <w:p w14:paraId="40BE55A2" w14:textId="77777777" w:rsidR="0092490D" w:rsidRPr="00565414" w:rsidRDefault="0092490D" w:rsidP="00565414">
            <w:pPr>
              <w:rPr>
                <w:rFonts w:ascii="Cambria" w:hAnsi="Cambria"/>
                <w:lang w:val="ro-RO"/>
              </w:rPr>
            </w:pPr>
          </w:p>
        </w:tc>
      </w:tr>
    </w:tbl>
    <w:p w14:paraId="3CF7F31B" w14:textId="77777777" w:rsidR="0092490D" w:rsidRPr="00565414" w:rsidRDefault="0092490D" w:rsidP="00565414">
      <w:pPr>
        <w:rPr>
          <w:rFonts w:ascii="Cambria" w:hAnsi="Cambria"/>
          <w:lang w:val="ro-RO"/>
        </w:rPr>
      </w:pPr>
    </w:p>
    <w:p w14:paraId="0F362D53" w14:textId="77777777" w:rsidR="0092490D" w:rsidRPr="00565414" w:rsidRDefault="008D3852" w:rsidP="00565414">
      <w:pPr>
        <w:jc w:val="center"/>
        <w:rPr>
          <w:rFonts w:ascii="Cambria" w:hAnsi="Cambria"/>
          <w:lang w:val="ro-RO"/>
        </w:rPr>
      </w:pPr>
      <w:r w:rsidRPr="00565414">
        <w:rPr>
          <w:rFonts w:ascii="Cambria" w:hAnsi="Cambria"/>
          <w:sz w:val="18"/>
          <w:lang w:val="ro-RO"/>
        </w:rPr>
        <w:t>în conformitate cu prevederile art. 300 din Legea nr. 169/2026 privind Codul amenajării teritoriului, urbanismului și construcțiilor, solicit</w:t>
      </w:r>
    </w:p>
    <w:p w14:paraId="2C758CD0" w14:textId="77777777" w:rsidR="0092490D" w:rsidRPr="00565414" w:rsidRDefault="008D3852" w:rsidP="00565414">
      <w:pPr>
        <w:jc w:val="center"/>
        <w:rPr>
          <w:rFonts w:ascii="Cambria" w:hAnsi="Cambria"/>
          <w:lang w:val="ro-RO"/>
        </w:rPr>
      </w:pPr>
      <w:r w:rsidRPr="00565414">
        <w:rPr>
          <w:rFonts w:ascii="Cambria" w:hAnsi="Cambria"/>
          <w:sz w:val="18"/>
          <w:lang w:val="ro-RO"/>
        </w:rPr>
        <w:t>solicit emiterea</w:t>
      </w:r>
    </w:p>
    <w:p w14:paraId="34A7E23A" w14:textId="77777777" w:rsidR="0092490D" w:rsidRPr="00565414" w:rsidRDefault="008D3852" w:rsidP="00565414">
      <w:pPr>
        <w:jc w:val="center"/>
        <w:rPr>
          <w:rFonts w:ascii="Cambria" w:hAnsi="Cambria"/>
          <w:lang w:val="ro-RO"/>
        </w:rPr>
      </w:pPr>
      <w:r w:rsidRPr="00565414">
        <w:rPr>
          <w:rFonts w:ascii="Cambria" w:hAnsi="Cambria"/>
          <w:b/>
          <w:sz w:val="20"/>
          <w:lang w:val="ro-RO"/>
        </w:rPr>
        <w:t>AVIZ DE AMPLASARE</w:t>
      </w:r>
    </w:p>
    <w:p w14:paraId="279E9CAB" w14:textId="390848E8" w:rsidR="0092490D" w:rsidRPr="00565414" w:rsidRDefault="0092490D" w:rsidP="00565414">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92490D" w:rsidRPr="00565414" w14:paraId="45B98CD8" w14:textId="77777777" w:rsidTr="00565414">
        <w:trPr>
          <w:jc w:val="center"/>
        </w:trPr>
        <w:tc>
          <w:tcPr>
            <w:tcW w:w="9636" w:type="dxa"/>
            <w:shd w:val="clear" w:color="auto" w:fill="F4F4F4"/>
          </w:tcPr>
          <w:p w14:paraId="0AED1E8C" w14:textId="42393A44" w:rsidR="0092490D" w:rsidRPr="00565414" w:rsidRDefault="008D3852" w:rsidP="00565414">
            <w:pPr>
              <w:keepNext/>
              <w:rPr>
                <w:rFonts w:ascii="Cambria" w:hAnsi="Cambria"/>
                <w:lang w:val="ro-RO"/>
              </w:rPr>
            </w:pPr>
            <w:r w:rsidRPr="00565414">
              <w:rPr>
                <w:rFonts w:ascii="Cambria" w:hAnsi="Cambria"/>
                <w:b/>
                <w:sz w:val="16"/>
                <w:lang w:val="ro-RO"/>
              </w:rPr>
              <w:t xml:space="preserve"> 3. </w:t>
            </w:r>
            <w:r w:rsidR="00BC56AE" w:rsidRPr="00565414">
              <w:rPr>
                <w:rFonts w:ascii="Cambria" w:hAnsi="Cambria"/>
                <w:b/>
                <w:sz w:val="16"/>
                <w:lang w:val="ro-RO"/>
              </w:rPr>
              <w:t xml:space="preserve">ÎN </w:t>
            </w:r>
            <w:r w:rsidR="00EC2169" w:rsidRPr="00565414">
              <w:rPr>
                <w:rFonts w:ascii="Cambria" w:hAnsi="Cambria"/>
                <w:b/>
                <w:sz w:val="18"/>
                <w:lang w:val="ro-RO"/>
              </w:rPr>
              <w:t>VEDEREA</w:t>
            </w:r>
            <w:r w:rsidRPr="00565414">
              <w:rPr>
                <w:rFonts w:ascii="Cambria" w:hAnsi="Cambria"/>
                <w:b/>
                <w:sz w:val="18"/>
                <w:lang w:val="ro-RO"/>
              </w:rPr>
              <w:t xml:space="preserve"> </w:t>
            </w:r>
            <w:r w:rsidR="00EC2169" w:rsidRPr="00565414">
              <w:rPr>
                <w:rFonts w:ascii="Cambria" w:hAnsi="Cambria"/>
                <w:b/>
                <w:sz w:val="18"/>
                <w:lang w:val="ro-RO"/>
              </w:rPr>
              <w:t>AMPLASĂRII:</w:t>
            </w:r>
          </w:p>
        </w:tc>
      </w:tr>
      <w:tr w:rsidR="0092490D" w:rsidRPr="00565414" w14:paraId="5DB62554" w14:textId="77777777" w:rsidTr="00565414">
        <w:trPr>
          <w:jc w:val="center"/>
        </w:trPr>
        <w:tc>
          <w:tcPr>
            <w:tcW w:w="9636" w:type="dxa"/>
          </w:tcPr>
          <w:p w14:paraId="7A5D05D8" w14:textId="77777777" w:rsidR="0092490D" w:rsidRPr="00565414" w:rsidRDefault="008D3852" w:rsidP="00565414">
            <w:pPr>
              <w:keepNext/>
              <w:rPr>
                <w:rFonts w:ascii="Cambria" w:hAnsi="Cambria"/>
                <w:lang w:val="ro-RO"/>
              </w:rPr>
            </w:pPr>
            <w:r w:rsidRPr="00565414">
              <w:rPr>
                <w:rFonts w:ascii="Segoe UI Symbol" w:hAnsi="Segoe UI Symbol" w:cs="Segoe UI Symbol"/>
                <w:sz w:val="16"/>
                <w:lang w:val="ro-RO"/>
              </w:rPr>
              <w:t>☐</w:t>
            </w:r>
            <w:r w:rsidRPr="00565414">
              <w:rPr>
                <w:rFonts w:ascii="Cambria" w:hAnsi="Cambria"/>
                <w:sz w:val="16"/>
                <w:lang w:val="ro-RO"/>
              </w:rPr>
              <w:t xml:space="preserve"> a) rastele pentru biciclete, trotinete și puncte / stații de încărcare pentru autovehicule electrice / hibride</w:t>
            </w:r>
          </w:p>
        </w:tc>
      </w:tr>
      <w:tr w:rsidR="0092490D" w:rsidRPr="00565414" w14:paraId="6673C1E1" w14:textId="77777777" w:rsidTr="00565414">
        <w:trPr>
          <w:jc w:val="center"/>
        </w:trPr>
        <w:tc>
          <w:tcPr>
            <w:tcW w:w="9636" w:type="dxa"/>
          </w:tcPr>
          <w:p w14:paraId="2FC2FD14" w14:textId="2BEEAD93" w:rsidR="0092490D" w:rsidRPr="00565414" w:rsidRDefault="008D3852" w:rsidP="00565414">
            <w:pPr>
              <w:keepNext/>
              <w:rPr>
                <w:rFonts w:ascii="Cambria" w:hAnsi="Cambria"/>
                <w:lang w:val="ro-RO"/>
              </w:rPr>
            </w:pPr>
            <w:r w:rsidRPr="00565414">
              <w:rPr>
                <w:rFonts w:ascii="Segoe UI Symbol" w:hAnsi="Segoe UI Symbol" w:cs="Segoe UI Symbol"/>
                <w:sz w:val="16"/>
                <w:lang w:val="ro-RO"/>
              </w:rPr>
              <w:t>☐</w:t>
            </w:r>
            <w:r w:rsidRPr="00565414">
              <w:rPr>
                <w:rFonts w:ascii="Cambria" w:hAnsi="Cambria"/>
                <w:sz w:val="16"/>
                <w:lang w:val="ro-RO"/>
              </w:rPr>
              <w:t xml:space="preserve"> b) punct fix de măsurare și punct de măsurare indicativ a calității aerului, cu dotări aferente, conform Legii nr. 104/2011</w:t>
            </w:r>
            <w:r w:rsidR="00D52CF1" w:rsidRPr="00565414">
              <w:rPr>
                <w:rFonts w:ascii="Cambria" w:hAnsi="Cambria"/>
                <w:sz w:val="16"/>
                <w:lang w:val="ro-RO"/>
              </w:rPr>
              <w:t xml:space="preserve"> privind calitatea aerului înconjurător</w:t>
            </w:r>
            <w:r w:rsidRPr="00565414">
              <w:rPr>
                <w:rFonts w:ascii="Cambria" w:hAnsi="Cambria"/>
                <w:sz w:val="16"/>
                <w:lang w:val="ro-RO"/>
              </w:rPr>
              <w:t>, cu modificările ulterioare</w:t>
            </w:r>
          </w:p>
        </w:tc>
      </w:tr>
      <w:tr w:rsidR="0092490D" w:rsidRPr="00565414" w14:paraId="4B57A567" w14:textId="77777777" w:rsidTr="00565414">
        <w:trPr>
          <w:jc w:val="center"/>
        </w:trPr>
        <w:tc>
          <w:tcPr>
            <w:tcW w:w="9636" w:type="dxa"/>
          </w:tcPr>
          <w:p w14:paraId="01E1B7DF" w14:textId="77777777" w:rsidR="0092490D" w:rsidRPr="00565414" w:rsidRDefault="008D3852" w:rsidP="00565414">
            <w:pPr>
              <w:keepNext/>
              <w:rPr>
                <w:rFonts w:ascii="Cambria" w:hAnsi="Cambria"/>
                <w:lang w:val="ro-RO"/>
              </w:rPr>
            </w:pPr>
            <w:r w:rsidRPr="00565414">
              <w:rPr>
                <w:rFonts w:ascii="Segoe UI Symbol" w:hAnsi="Segoe UI Symbol" w:cs="Segoe UI Symbol"/>
                <w:sz w:val="16"/>
                <w:lang w:val="ro-RO"/>
              </w:rPr>
              <w:t>☐</w:t>
            </w:r>
            <w:r w:rsidRPr="00565414">
              <w:rPr>
                <w:rFonts w:ascii="Cambria" w:hAnsi="Cambria"/>
                <w:sz w:val="16"/>
                <w:lang w:val="ro-RO"/>
              </w:rPr>
              <w:t xml:space="preserve"> c) puncte / sisteme automate pentru precolectarea și gestionarea deșeurilor reciclabile, recipiente pentru precolectarea deșeurilor, inclusiv platforme și dotări tehnico-edilitare aferente</w:t>
            </w:r>
          </w:p>
        </w:tc>
      </w:tr>
      <w:tr w:rsidR="0092490D" w:rsidRPr="00565414" w14:paraId="1CEC34A4" w14:textId="77777777" w:rsidTr="00565414">
        <w:trPr>
          <w:jc w:val="center"/>
        </w:trPr>
        <w:tc>
          <w:tcPr>
            <w:tcW w:w="9636" w:type="dxa"/>
          </w:tcPr>
          <w:p w14:paraId="7C712D85" w14:textId="77777777" w:rsidR="0092490D" w:rsidRPr="00565414" w:rsidRDefault="008D3852" w:rsidP="00565414">
            <w:pPr>
              <w:keepNext/>
              <w:rPr>
                <w:rFonts w:ascii="Cambria" w:hAnsi="Cambria"/>
                <w:lang w:val="ro-RO"/>
              </w:rPr>
            </w:pPr>
            <w:r w:rsidRPr="00565414">
              <w:rPr>
                <w:rFonts w:ascii="Segoe UI Symbol" w:hAnsi="Segoe UI Symbol" w:cs="Segoe UI Symbol"/>
                <w:sz w:val="16"/>
                <w:lang w:val="ro-RO"/>
              </w:rPr>
              <w:t>☐</w:t>
            </w:r>
            <w:r w:rsidRPr="00565414">
              <w:rPr>
                <w:rFonts w:ascii="Cambria" w:hAnsi="Cambria"/>
                <w:sz w:val="16"/>
                <w:lang w:val="ro-RO"/>
              </w:rPr>
              <w:t xml:space="preserve"> d) elemente de semnalizare rutieră, plăcuțe de nomenclatură / identificare stradală și sisteme de monitorizare video a traficului rutier și a siguranței publice</w:t>
            </w:r>
          </w:p>
        </w:tc>
      </w:tr>
      <w:tr w:rsidR="0092490D" w:rsidRPr="00565414" w14:paraId="641388B9" w14:textId="77777777" w:rsidTr="00565414">
        <w:trPr>
          <w:jc w:val="center"/>
        </w:trPr>
        <w:tc>
          <w:tcPr>
            <w:tcW w:w="9636" w:type="dxa"/>
          </w:tcPr>
          <w:p w14:paraId="2CAC2BA8" w14:textId="77777777" w:rsidR="0092490D" w:rsidRPr="00565414" w:rsidRDefault="008D3852" w:rsidP="00565414">
            <w:pPr>
              <w:keepNext/>
              <w:rPr>
                <w:rFonts w:ascii="Cambria" w:hAnsi="Cambria"/>
                <w:lang w:val="ro-RO"/>
              </w:rPr>
            </w:pPr>
            <w:r w:rsidRPr="00565414">
              <w:rPr>
                <w:rFonts w:ascii="Cambria" w:hAnsi="Cambria"/>
                <w:sz w:val="16"/>
                <w:lang w:val="ro-RO"/>
              </w:rPr>
              <w:t xml:space="preserve"> </w:t>
            </w:r>
            <w:r w:rsidRPr="00565414">
              <w:rPr>
                <w:rFonts w:ascii="Segoe UI Symbol" w:hAnsi="Segoe UI Symbol" w:cs="Segoe UI Symbol"/>
                <w:sz w:val="16"/>
                <w:lang w:val="ro-RO"/>
              </w:rPr>
              <w:t>☐</w:t>
            </w:r>
            <w:r w:rsidRPr="00565414">
              <w:rPr>
                <w:rFonts w:ascii="Cambria" w:hAnsi="Cambria"/>
                <w:sz w:val="16"/>
                <w:lang w:val="ro-RO"/>
              </w:rPr>
              <w:t xml:space="preserve"> e) toalete ecologice mobile și dotările aferente</w:t>
            </w:r>
          </w:p>
        </w:tc>
      </w:tr>
      <w:tr w:rsidR="0092490D" w:rsidRPr="00565414" w14:paraId="7619847E" w14:textId="77777777" w:rsidTr="00565414">
        <w:trPr>
          <w:jc w:val="center"/>
        </w:trPr>
        <w:tc>
          <w:tcPr>
            <w:tcW w:w="9636" w:type="dxa"/>
          </w:tcPr>
          <w:p w14:paraId="5C70FFFD" w14:textId="77777777" w:rsidR="0092490D" w:rsidRPr="00565414" w:rsidRDefault="008D3852" w:rsidP="00565414">
            <w:pPr>
              <w:keepNext/>
              <w:rPr>
                <w:rFonts w:ascii="Cambria" w:hAnsi="Cambria"/>
                <w:lang w:val="ro-RO"/>
              </w:rPr>
            </w:pPr>
            <w:r w:rsidRPr="00565414">
              <w:rPr>
                <w:rFonts w:ascii="Segoe UI Symbol" w:hAnsi="Segoe UI Symbol" w:cs="Segoe UI Symbol"/>
                <w:sz w:val="16"/>
                <w:lang w:val="ro-RO"/>
              </w:rPr>
              <w:t>☐</w:t>
            </w:r>
            <w:r w:rsidRPr="00565414">
              <w:rPr>
                <w:rFonts w:ascii="Cambria" w:hAnsi="Cambria"/>
                <w:sz w:val="16"/>
                <w:lang w:val="ro-RO"/>
              </w:rPr>
              <w:t xml:space="preserve">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rsidRPr="00565414" w14:paraId="3D14304B" w14:textId="77777777" w:rsidTr="00565414">
        <w:trPr>
          <w:jc w:val="center"/>
        </w:trPr>
        <w:tc>
          <w:tcPr>
            <w:tcW w:w="9636" w:type="dxa"/>
          </w:tcPr>
          <w:p w14:paraId="4BFCD214" w14:textId="77777777" w:rsidR="0092490D" w:rsidRPr="00565414" w:rsidRDefault="008D3852" w:rsidP="00565414">
            <w:pPr>
              <w:keepNext/>
              <w:rPr>
                <w:rFonts w:ascii="Cambria" w:hAnsi="Cambria"/>
                <w:lang w:val="ro-RO"/>
              </w:rPr>
            </w:pPr>
            <w:r w:rsidRPr="00565414">
              <w:rPr>
                <w:rFonts w:ascii="Segoe UI Symbol" w:hAnsi="Segoe UI Symbol" w:cs="Segoe UI Symbol"/>
                <w:sz w:val="16"/>
                <w:lang w:val="ro-RO"/>
              </w:rPr>
              <w:t>☐</w:t>
            </w:r>
            <w:r w:rsidRPr="00565414">
              <w:rPr>
                <w:rFonts w:ascii="Cambria" w:hAnsi="Cambria"/>
                <w:sz w:val="16"/>
                <w:lang w:val="ro-RO"/>
              </w:rPr>
              <w:t xml:space="preserve"> g) mobilier necesar practicării comerțului de întâmpinare, în baza unui regulament aprobat de consiliul local al unității administrativ-teritoriale sau al sectorului municipiului București</w:t>
            </w:r>
          </w:p>
        </w:tc>
      </w:tr>
      <w:tr w:rsidR="0092490D" w:rsidRPr="00565414" w14:paraId="311CD8D5" w14:textId="77777777" w:rsidTr="00565414">
        <w:trPr>
          <w:jc w:val="center"/>
        </w:trPr>
        <w:tc>
          <w:tcPr>
            <w:tcW w:w="9636" w:type="dxa"/>
          </w:tcPr>
          <w:p w14:paraId="4A8D7DB8" w14:textId="77777777" w:rsidR="0092490D" w:rsidRPr="00565414" w:rsidRDefault="008D3852" w:rsidP="00565414">
            <w:pPr>
              <w:keepNext/>
              <w:rPr>
                <w:rFonts w:ascii="Cambria" w:hAnsi="Cambria"/>
                <w:lang w:val="ro-RO"/>
              </w:rPr>
            </w:pPr>
            <w:r w:rsidRPr="00565414">
              <w:rPr>
                <w:rFonts w:ascii="Segoe UI Symbol" w:hAnsi="Segoe UI Symbol" w:cs="Segoe UI Symbol"/>
                <w:sz w:val="16"/>
                <w:lang w:val="ro-RO"/>
              </w:rPr>
              <w:t>☐</w:t>
            </w:r>
            <w:r w:rsidRPr="00565414">
              <w:rPr>
                <w:rFonts w:ascii="Cambria" w:hAnsi="Cambria"/>
                <w:sz w:val="16"/>
                <w:lang w:val="ro-RO"/>
              </w:rPr>
              <w:t xml:space="preserve"> h) amenajări temporare în aer liber pentru activitățile de spectacole, întruniri, concerte, proiecții de filme, târguri, expoziții, jocuri de artificii sau spectacole pirotehnice, circuri, alimentație publică, patinoare, parcuri de distracții</w:t>
            </w:r>
          </w:p>
        </w:tc>
      </w:tr>
      <w:tr w:rsidR="0092490D" w:rsidRPr="00565414" w14:paraId="1F58E5B0" w14:textId="77777777" w:rsidTr="00565414">
        <w:trPr>
          <w:jc w:val="center"/>
        </w:trPr>
        <w:tc>
          <w:tcPr>
            <w:tcW w:w="9636" w:type="dxa"/>
          </w:tcPr>
          <w:p w14:paraId="3AB726D1" w14:textId="77777777" w:rsidR="0092490D" w:rsidRPr="00565414" w:rsidRDefault="008D3852" w:rsidP="00565414">
            <w:pPr>
              <w:rPr>
                <w:rFonts w:ascii="Cambria" w:hAnsi="Cambria"/>
                <w:lang w:val="ro-RO"/>
              </w:rPr>
            </w:pPr>
            <w:r w:rsidRPr="00565414">
              <w:rPr>
                <w:rFonts w:ascii="Segoe UI Symbol" w:hAnsi="Segoe UI Symbol" w:cs="Segoe UI Symbol"/>
                <w:sz w:val="16"/>
                <w:lang w:val="ro-RO"/>
              </w:rPr>
              <w:t>☐</w:t>
            </w:r>
            <w:r w:rsidRPr="00565414">
              <w:rPr>
                <w:rFonts w:ascii="Cambria" w:hAnsi="Cambria"/>
                <w:sz w:val="16"/>
                <w:lang w:val="ro-RO"/>
              </w:rPr>
              <w:t xml:space="preserve"> i) stație automată fixă de monitorizare a nivelului de zgomot ambiant</w:t>
            </w:r>
          </w:p>
        </w:tc>
      </w:tr>
    </w:tbl>
    <w:p w14:paraId="30704889" w14:textId="77777777" w:rsidR="0092490D" w:rsidRPr="00565414" w:rsidRDefault="0092490D" w:rsidP="00565414">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7"/>
        <w:gridCol w:w="2410"/>
        <w:gridCol w:w="803"/>
        <w:gridCol w:w="803"/>
        <w:gridCol w:w="2410"/>
      </w:tblGrid>
      <w:tr w:rsidR="0092490D" w:rsidRPr="00565414" w14:paraId="0EB34617" w14:textId="77777777" w:rsidTr="00565414">
        <w:trPr>
          <w:jc w:val="center"/>
        </w:trPr>
        <w:tc>
          <w:tcPr>
            <w:tcW w:w="9636" w:type="dxa"/>
            <w:gridSpan w:val="6"/>
            <w:shd w:val="clear" w:color="auto" w:fill="F4F4F4"/>
          </w:tcPr>
          <w:p w14:paraId="5E9B8111" w14:textId="77777777" w:rsidR="0092490D" w:rsidRPr="00565414" w:rsidRDefault="008D3852" w:rsidP="00565414">
            <w:pPr>
              <w:keepNext/>
              <w:rPr>
                <w:rFonts w:ascii="Cambria" w:hAnsi="Cambria"/>
                <w:lang w:val="ro-RO"/>
              </w:rPr>
            </w:pPr>
            <w:r w:rsidRPr="00565414">
              <w:rPr>
                <w:rFonts w:ascii="Cambria" w:hAnsi="Cambria"/>
                <w:b/>
                <w:sz w:val="16"/>
                <w:lang w:val="ro-RO"/>
              </w:rPr>
              <w:lastRenderedPageBreak/>
              <w:t xml:space="preserve"> 4. </w:t>
            </w:r>
            <w:r w:rsidRPr="00565414">
              <w:rPr>
                <w:rFonts w:ascii="Cambria" w:hAnsi="Cambria"/>
                <w:b/>
                <w:sz w:val="18"/>
                <w:lang w:val="ro-RO"/>
              </w:rPr>
              <w:t>IMOBILUL</w:t>
            </w:r>
          </w:p>
        </w:tc>
      </w:tr>
      <w:tr w:rsidR="0092490D" w:rsidRPr="00565414" w14:paraId="76511487" w14:textId="77777777" w:rsidTr="00565414">
        <w:trPr>
          <w:jc w:val="center"/>
        </w:trPr>
        <w:tc>
          <w:tcPr>
            <w:tcW w:w="9636" w:type="dxa"/>
            <w:gridSpan w:val="6"/>
          </w:tcPr>
          <w:p w14:paraId="0E949CD3" w14:textId="77777777" w:rsidR="0092490D" w:rsidRPr="00565414" w:rsidRDefault="008D3852" w:rsidP="00565414">
            <w:pPr>
              <w:keepNext/>
              <w:rPr>
                <w:rFonts w:ascii="Cambria" w:hAnsi="Cambria"/>
                <w:lang w:val="ro-RO"/>
              </w:rPr>
            </w:pPr>
            <w:r w:rsidRPr="00565414">
              <w:rPr>
                <w:rFonts w:ascii="Cambria" w:hAnsi="Cambria"/>
                <w:sz w:val="16"/>
                <w:lang w:val="ro-RO"/>
              </w:rPr>
              <w:t xml:space="preserve"> </w:t>
            </w:r>
            <w:r w:rsidRPr="00565414">
              <w:rPr>
                <w:rFonts w:ascii="Segoe UI Symbol" w:hAnsi="Segoe UI Symbol" w:cs="Segoe UI Symbol"/>
                <w:sz w:val="16"/>
                <w:lang w:val="ro-RO"/>
              </w:rPr>
              <w:t>☐</w:t>
            </w:r>
            <w:r w:rsidRPr="00565414">
              <w:rPr>
                <w:rFonts w:ascii="Cambria" w:hAnsi="Cambria"/>
                <w:sz w:val="16"/>
                <w:lang w:val="ro-RO"/>
              </w:rPr>
              <w:t xml:space="preserve"> teren     </w:t>
            </w:r>
            <w:r w:rsidRPr="00565414">
              <w:rPr>
                <w:rFonts w:ascii="Segoe UI Symbol" w:hAnsi="Segoe UI Symbol" w:cs="Segoe UI Symbol"/>
                <w:sz w:val="16"/>
                <w:lang w:val="ro-RO"/>
              </w:rPr>
              <w:t>☐</w:t>
            </w:r>
            <w:r w:rsidRPr="00565414">
              <w:rPr>
                <w:rFonts w:ascii="Cambria" w:hAnsi="Cambria"/>
                <w:sz w:val="16"/>
                <w:lang w:val="ro-RO"/>
              </w:rPr>
              <w:t xml:space="preserve"> construc</w:t>
            </w:r>
            <w:r w:rsidRPr="00565414">
              <w:rPr>
                <w:rFonts w:ascii="Cambria" w:hAnsi="Cambria" w:cs="Cambria"/>
                <w:sz w:val="16"/>
                <w:lang w:val="ro-RO"/>
              </w:rPr>
              <w:t>ț</w:t>
            </w:r>
            <w:r w:rsidRPr="00565414">
              <w:rPr>
                <w:rFonts w:ascii="Cambria" w:hAnsi="Cambria"/>
                <w:sz w:val="16"/>
                <w:lang w:val="ro-RO"/>
              </w:rPr>
              <w:t>ii</w:t>
            </w:r>
          </w:p>
        </w:tc>
      </w:tr>
      <w:tr w:rsidR="0092490D" w:rsidRPr="00565414" w14:paraId="5A367007" w14:textId="77777777" w:rsidTr="00565414">
        <w:trPr>
          <w:trHeight w:val="510"/>
          <w:jc w:val="center"/>
        </w:trPr>
        <w:tc>
          <w:tcPr>
            <w:tcW w:w="3212" w:type="dxa"/>
            <w:gridSpan w:val="2"/>
          </w:tcPr>
          <w:p w14:paraId="1F8D82FE" w14:textId="77777777" w:rsidR="0092490D" w:rsidRPr="00565414" w:rsidRDefault="008D3852" w:rsidP="00565414">
            <w:pPr>
              <w:keepNext/>
              <w:rPr>
                <w:rFonts w:ascii="Cambria" w:hAnsi="Cambria"/>
                <w:lang w:val="ro-RO"/>
              </w:rPr>
            </w:pPr>
            <w:r w:rsidRPr="00565414">
              <w:rPr>
                <w:rFonts w:ascii="Cambria" w:hAnsi="Cambria"/>
                <w:b/>
                <w:lang w:val="ro-RO"/>
              </w:rPr>
              <w:t>Județ</w:t>
            </w:r>
          </w:p>
          <w:p w14:paraId="12E71F2C" w14:textId="77777777" w:rsidR="0092490D" w:rsidRPr="00565414" w:rsidRDefault="0092490D" w:rsidP="00565414">
            <w:pPr>
              <w:keepNext/>
              <w:rPr>
                <w:rFonts w:ascii="Cambria" w:hAnsi="Cambria"/>
                <w:lang w:val="ro-RO"/>
              </w:rPr>
            </w:pPr>
          </w:p>
        </w:tc>
        <w:tc>
          <w:tcPr>
            <w:tcW w:w="3212" w:type="dxa"/>
            <w:gridSpan w:val="2"/>
          </w:tcPr>
          <w:p w14:paraId="47A386BE" w14:textId="77777777" w:rsidR="0092490D" w:rsidRPr="00565414" w:rsidRDefault="008D3852" w:rsidP="00565414">
            <w:pPr>
              <w:keepNext/>
              <w:rPr>
                <w:rFonts w:ascii="Cambria" w:hAnsi="Cambria"/>
                <w:lang w:val="ro-RO"/>
              </w:rPr>
            </w:pPr>
            <w:r w:rsidRPr="00565414">
              <w:rPr>
                <w:rFonts w:ascii="Cambria" w:hAnsi="Cambria"/>
                <w:b/>
                <w:lang w:val="ro-RO"/>
              </w:rPr>
              <w:t>Municipiu / oraș / comună</w:t>
            </w:r>
          </w:p>
          <w:p w14:paraId="677503DC" w14:textId="77777777" w:rsidR="0092490D" w:rsidRPr="00565414" w:rsidRDefault="0092490D" w:rsidP="00565414">
            <w:pPr>
              <w:keepNext/>
              <w:rPr>
                <w:rFonts w:ascii="Cambria" w:hAnsi="Cambria"/>
                <w:lang w:val="ro-RO"/>
              </w:rPr>
            </w:pPr>
          </w:p>
        </w:tc>
        <w:tc>
          <w:tcPr>
            <w:tcW w:w="3212" w:type="dxa"/>
            <w:gridSpan w:val="2"/>
          </w:tcPr>
          <w:p w14:paraId="0F21EACA" w14:textId="77777777" w:rsidR="0092490D" w:rsidRPr="00565414" w:rsidRDefault="008D3852" w:rsidP="00565414">
            <w:pPr>
              <w:keepNext/>
              <w:rPr>
                <w:rFonts w:ascii="Cambria" w:hAnsi="Cambria"/>
                <w:lang w:val="ro-RO"/>
              </w:rPr>
            </w:pPr>
            <w:r w:rsidRPr="00565414">
              <w:rPr>
                <w:rFonts w:ascii="Cambria" w:hAnsi="Cambria"/>
                <w:b/>
                <w:lang w:val="ro-RO"/>
              </w:rPr>
              <w:t>Sat / sector</w:t>
            </w:r>
          </w:p>
          <w:p w14:paraId="2338EF06" w14:textId="77777777" w:rsidR="0092490D" w:rsidRPr="00565414" w:rsidRDefault="0092490D" w:rsidP="00565414">
            <w:pPr>
              <w:keepNext/>
              <w:rPr>
                <w:rFonts w:ascii="Cambria" w:hAnsi="Cambria"/>
                <w:lang w:val="ro-RO"/>
              </w:rPr>
            </w:pPr>
          </w:p>
        </w:tc>
      </w:tr>
      <w:tr w:rsidR="0092490D" w:rsidRPr="00565414" w14:paraId="51CC4E81" w14:textId="77777777" w:rsidTr="00565414">
        <w:trPr>
          <w:trHeight w:val="510"/>
          <w:jc w:val="center"/>
        </w:trPr>
        <w:tc>
          <w:tcPr>
            <w:tcW w:w="1606" w:type="dxa"/>
          </w:tcPr>
          <w:p w14:paraId="757494E1" w14:textId="77777777" w:rsidR="0092490D" w:rsidRPr="00565414" w:rsidRDefault="008D3852" w:rsidP="00565414">
            <w:pPr>
              <w:keepNext/>
              <w:rPr>
                <w:rFonts w:ascii="Cambria" w:hAnsi="Cambria"/>
                <w:lang w:val="ro-RO"/>
              </w:rPr>
            </w:pPr>
            <w:r w:rsidRPr="00565414">
              <w:rPr>
                <w:rFonts w:ascii="Cambria" w:hAnsi="Cambria"/>
                <w:b/>
                <w:lang w:val="ro-RO"/>
              </w:rPr>
              <w:t>Cod poștal</w:t>
            </w:r>
          </w:p>
          <w:p w14:paraId="148081DD" w14:textId="77777777" w:rsidR="0092490D" w:rsidRPr="00565414" w:rsidRDefault="0092490D" w:rsidP="00565414">
            <w:pPr>
              <w:keepNext/>
              <w:rPr>
                <w:rFonts w:ascii="Cambria" w:hAnsi="Cambria"/>
                <w:lang w:val="ro-RO"/>
              </w:rPr>
            </w:pPr>
          </w:p>
        </w:tc>
        <w:tc>
          <w:tcPr>
            <w:tcW w:w="4818" w:type="dxa"/>
            <w:gridSpan w:val="3"/>
          </w:tcPr>
          <w:p w14:paraId="2102B428" w14:textId="77777777" w:rsidR="0092490D" w:rsidRPr="00565414" w:rsidRDefault="008D3852" w:rsidP="00565414">
            <w:pPr>
              <w:keepNext/>
              <w:rPr>
                <w:rFonts w:ascii="Cambria" w:hAnsi="Cambria"/>
                <w:lang w:val="ro-RO"/>
              </w:rPr>
            </w:pPr>
            <w:r w:rsidRPr="00565414">
              <w:rPr>
                <w:rFonts w:ascii="Cambria" w:hAnsi="Cambria"/>
                <w:b/>
                <w:lang w:val="ro-RO"/>
              </w:rPr>
              <w:t>Strada</w:t>
            </w:r>
          </w:p>
          <w:p w14:paraId="7FC63732" w14:textId="77777777" w:rsidR="0092490D" w:rsidRPr="00565414" w:rsidRDefault="0092490D" w:rsidP="00565414">
            <w:pPr>
              <w:keepNext/>
              <w:rPr>
                <w:rFonts w:ascii="Cambria" w:hAnsi="Cambria"/>
                <w:lang w:val="ro-RO"/>
              </w:rPr>
            </w:pPr>
          </w:p>
        </w:tc>
        <w:tc>
          <w:tcPr>
            <w:tcW w:w="803" w:type="dxa"/>
          </w:tcPr>
          <w:p w14:paraId="7240831B" w14:textId="77777777" w:rsidR="0092490D" w:rsidRPr="00565414" w:rsidRDefault="008D3852" w:rsidP="00565414">
            <w:pPr>
              <w:keepNext/>
              <w:rPr>
                <w:rFonts w:ascii="Cambria" w:hAnsi="Cambria"/>
                <w:lang w:val="ro-RO"/>
              </w:rPr>
            </w:pPr>
            <w:r w:rsidRPr="00565414">
              <w:rPr>
                <w:rFonts w:ascii="Cambria" w:hAnsi="Cambria"/>
                <w:b/>
                <w:lang w:val="ro-RO"/>
              </w:rPr>
              <w:t>Nr.</w:t>
            </w:r>
          </w:p>
          <w:p w14:paraId="2FF28C16" w14:textId="77777777" w:rsidR="0092490D" w:rsidRPr="00565414" w:rsidRDefault="0092490D" w:rsidP="00565414">
            <w:pPr>
              <w:keepNext/>
              <w:rPr>
                <w:rFonts w:ascii="Cambria" w:hAnsi="Cambria"/>
                <w:lang w:val="ro-RO"/>
              </w:rPr>
            </w:pPr>
          </w:p>
        </w:tc>
        <w:tc>
          <w:tcPr>
            <w:tcW w:w="2409" w:type="dxa"/>
          </w:tcPr>
          <w:p w14:paraId="06F4E36A" w14:textId="77777777" w:rsidR="0092490D" w:rsidRPr="00565414" w:rsidRDefault="008D3852" w:rsidP="00565414">
            <w:pPr>
              <w:keepNext/>
              <w:rPr>
                <w:rFonts w:ascii="Cambria" w:hAnsi="Cambria"/>
                <w:lang w:val="ro-RO"/>
              </w:rPr>
            </w:pPr>
            <w:r w:rsidRPr="00565414">
              <w:rPr>
                <w:rFonts w:ascii="Cambria" w:hAnsi="Cambria"/>
                <w:b/>
                <w:lang w:val="ro-RO"/>
              </w:rPr>
              <w:t>Bl. / sc. / et. / ap.</w:t>
            </w:r>
          </w:p>
          <w:p w14:paraId="7BC50E8E" w14:textId="77777777" w:rsidR="0092490D" w:rsidRPr="00565414" w:rsidRDefault="0092490D" w:rsidP="00565414">
            <w:pPr>
              <w:keepNext/>
              <w:rPr>
                <w:rFonts w:ascii="Cambria" w:hAnsi="Cambria"/>
                <w:lang w:val="ro-RO"/>
              </w:rPr>
            </w:pPr>
          </w:p>
        </w:tc>
      </w:tr>
      <w:tr w:rsidR="0092490D" w:rsidRPr="00565414" w14:paraId="0911DE43" w14:textId="77777777" w:rsidTr="00565414">
        <w:trPr>
          <w:trHeight w:val="510"/>
          <w:jc w:val="center"/>
        </w:trPr>
        <w:tc>
          <w:tcPr>
            <w:tcW w:w="5621" w:type="dxa"/>
            <w:gridSpan w:val="3"/>
          </w:tcPr>
          <w:p w14:paraId="25EC7A84" w14:textId="77777777" w:rsidR="0092490D" w:rsidRPr="00565414" w:rsidRDefault="008D3852" w:rsidP="00565414">
            <w:pPr>
              <w:keepNext/>
              <w:rPr>
                <w:rFonts w:ascii="Cambria" w:hAnsi="Cambria"/>
                <w:lang w:val="ro-RO"/>
              </w:rPr>
            </w:pPr>
            <w:r w:rsidRPr="00565414">
              <w:rPr>
                <w:rFonts w:ascii="Cambria" w:hAnsi="Cambria"/>
                <w:b/>
                <w:lang w:val="ro-RO"/>
              </w:rPr>
              <w:t>Număr cadastral</w:t>
            </w:r>
          </w:p>
          <w:p w14:paraId="7C24D0A6" w14:textId="77777777" w:rsidR="0092490D" w:rsidRPr="00565414" w:rsidRDefault="008D3852" w:rsidP="00565414">
            <w:pPr>
              <w:keepNext/>
              <w:rPr>
                <w:rFonts w:ascii="Cambria" w:hAnsi="Cambria"/>
                <w:lang w:val="ro-RO"/>
              </w:rPr>
            </w:pPr>
            <w:r w:rsidRPr="00565414">
              <w:rPr>
                <w:rFonts w:ascii="Cambria" w:hAnsi="Cambria"/>
                <w:i/>
                <w:lang w:val="ro-RO"/>
              </w:rPr>
              <w:t>dacă imobilul e înscris în e-Terra</w:t>
            </w:r>
          </w:p>
          <w:p w14:paraId="2B656113" w14:textId="77777777" w:rsidR="0092490D" w:rsidRPr="00565414" w:rsidRDefault="0092490D" w:rsidP="00565414">
            <w:pPr>
              <w:keepNext/>
              <w:rPr>
                <w:rFonts w:ascii="Cambria" w:hAnsi="Cambria"/>
                <w:lang w:val="ro-RO"/>
              </w:rPr>
            </w:pPr>
          </w:p>
        </w:tc>
        <w:tc>
          <w:tcPr>
            <w:tcW w:w="4015" w:type="dxa"/>
            <w:gridSpan w:val="3"/>
          </w:tcPr>
          <w:p w14:paraId="6B49D79D" w14:textId="77777777" w:rsidR="0092490D" w:rsidRPr="00565414" w:rsidRDefault="008D3852" w:rsidP="00565414">
            <w:pPr>
              <w:keepNext/>
              <w:rPr>
                <w:rFonts w:ascii="Cambria" w:hAnsi="Cambria"/>
                <w:lang w:val="ro-RO"/>
              </w:rPr>
            </w:pPr>
            <w:r w:rsidRPr="00565414">
              <w:rPr>
                <w:rFonts w:ascii="Cambria" w:hAnsi="Cambria"/>
                <w:b/>
                <w:lang w:val="ro-RO"/>
              </w:rPr>
              <w:t>Carte funciară nr.</w:t>
            </w:r>
          </w:p>
          <w:p w14:paraId="0AE18757" w14:textId="77777777" w:rsidR="0092490D" w:rsidRPr="00565414" w:rsidRDefault="0092490D" w:rsidP="00565414">
            <w:pPr>
              <w:keepNext/>
              <w:rPr>
                <w:rFonts w:ascii="Cambria" w:hAnsi="Cambria"/>
                <w:lang w:val="ro-RO"/>
              </w:rPr>
            </w:pPr>
          </w:p>
        </w:tc>
      </w:tr>
      <w:tr w:rsidR="0092490D" w:rsidRPr="00565414" w14:paraId="47979600" w14:textId="77777777" w:rsidTr="00565414">
        <w:trPr>
          <w:jc w:val="center"/>
        </w:trPr>
        <w:tc>
          <w:tcPr>
            <w:tcW w:w="9636" w:type="dxa"/>
            <w:gridSpan w:val="6"/>
          </w:tcPr>
          <w:p w14:paraId="0D887906" w14:textId="77777777" w:rsidR="0092490D" w:rsidRPr="00565414" w:rsidRDefault="008D3852" w:rsidP="00565414">
            <w:pPr>
              <w:rPr>
                <w:rFonts w:ascii="Cambria" w:hAnsi="Cambria"/>
                <w:lang w:val="ro-RO"/>
              </w:rPr>
            </w:pPr>
            <w:r w:rsidRPr="00565414">
              <w:rPr>
                <w:rFonts w:ascii="Cambria" w:hAnsi="Cambria"/>
                <w:sz w:val="16"/>
                <w:lang w:val="ro-RO"/>
              </w:rPr>
              <w:t xml:space="preserve"> </w:t>
            </w:r>
            <w:r w:rsidRPr="00565414">
              <w:rPr>
                <w:rFonts w:ascii="Segoe UI Symbol" w:hAnsi="Segoe UI Symbol" w:cs="Segoe UI Symbol"/>
                <w:sz w:val="16"/>
                <w:lang w:val="ro-RO"/>
              </w:rPr>
              <w:t>☐</w:t>
            </w:r>
            <w:r w:rsidRPr="00565414">
              <w:rPr>
                <w:rFonts w:ascii="Cambria" w:hAnsi="Cambria"/>
                <w:sz w:val="16"/>
                <w:lang w:val="ro-RO"/>
              </w:rPr>
              <w:t xml:space="preserve"> extras de carte funciar</w:t>
            </w:r>
            <w:r w:rsidRPr="00565414">
              <w:rPr>
                <w:rFonts w:ascii="Cambria" w:hAnsi="Cambria" w:cs="Cambria"/>
                <w:sz w:val="16"/>
                <w:lang w:val="ro-RO"/>
              </w:rPr>
              <w:t>ă</w:t>
            </w:r>
            <w:r w:rsidRPr="00565414">
              <w:rPr>
                <w:rFonts w:ascii="Cambria" w:hAnsi="Cambria"/>
                <w:sz w:val="16"/>
                <w:lang w:val="ro-RO"/>
              </w:rPr>
              <w:t xml:space="preserve"> actualizat, anexat     </w:t>
            </w:r>
            <w:r w:rsidRPr="00565414">
              <w:rPr>
                <w:rFonts w:ascii="Segoe UI Symbol" w:hAnsi="Segoe UI Symbol" w:cs="Segoe UI Symbol"/>
                <w:sz w:val="16"/>
                <w:lang w:val="ro-RO"/>
              </w:rPr>
              <w:t>☐</w:t>
            </w:r>
            <w:r w:rsidRPr="00565414">
              <w:rPr>
                <w:rFonts w:ascii="Cambria" w:hAnsi="Cambria"/>
                <w:sz w:val="16"/>
                <w:lang w:val="ro-RO"/>
              </w:rPr>
              <w:t xml:space="preserve"> plan de </w:t>
            </w:r>
            <w:r w:rsidRPr="00565414">
              <w:rPr>
                <w:rFonts w:ascii="Cambria" w:hAnsi="Cambria" w:cs="Cambria"/>
                <w:sz w:val="16"/>
                <w:lang w:val="ro-RO"/>
              </w:rPr>
              <w:t>î</w:t>
            </w:r>
            <w:r w:rsidRPr="00565414">
              <w:rPr>
                <w:rFonts w:ascii="Cambria" w:hAnsi="Cambria"/>
                <w:sz w:val="16"/>
                <w:lang w:val="ro-RO"/>
              </w:rPr>
              <w:t xml:space="preserve">ncadrare </w:t>
            </w:r>
            <w:r w:rsidRPr="00565414">
              <w:rPr>
                <w:rFonts w:ascii="Cambria" w:hAnsi="Cambria" w:cs="Cambria"/>
                <w:sz w:val="16"/>
                <w:lang w:val="ro-RO"/>
              </w:rPr>
              <w:t>î</w:t>
            </w:r>
            <w:r w:rsidRPr="00565414">
              <w:rPr>
                <w:rFonts w:ascii="Cambria" w:hAnsi="Cambria"/>
                <w:sz w:val="16"/>
                <w:lang w:val="ro-RO"/>
              </w:rPr>
              <w:t>n zon</w:t>
            </w:r>
            <w:r w:rsidRPr="00565414">
              <w:rPr>
                <w:rFonts w:ascii="Cambria" w:hAnsi="Cambria" w:cs="Cambria"/>
                <w:sz w:val="16"/>
                <w:lang w:val="ro-RO"/>
              </w:rPr>
              <w:t>ă</w:t>
            </w:r>
            <w:r w:rsidRPr="00565414">
              <w:rPr>
                <w:rFonts w:ascii="Cambria" w:hAnsi="Cambria"/>
                <w:sz w:val="16"/>
                <w:lang w:val="ro-RO"/>
              </w:rPr>
              <w:t xml:space="preserve"> </w:t>
            </w:r>
            <w:r w:rsidRPr="00565414">
              <w:rPr>
                <w:rFonts w:ascii="Cambria" w:hAnsi="Cambria" w:cs="Cambria"/>
                <w:sz w:val="16"/>
                <w:lang w:val="ro-RO"/>
              </w:rPr>
              <w:t>î</w:t>
            </w:r>
            <w:r w:rsidRPr="00565414">
              <w:rPr>
                <w:rFonts w:ascii="Cambria" w:hAnsi="Cambria"/>
                <w:sz w:val="16"/>
                <w:lang w:val="ro-RO"/>
              </w:rPr>
              <w:t>n sistem Stereo 70, anexat</w:t>
            </w:r>
          </w:p>
        </w:tc>
      </w:tr>
    </w:tbl>
    <w:p w14:paraId="1D624808" w14:textId="77777777" w:rsidR="0092490D" w:rsidRPr="00565414" w:rsidRDefault="0092490D" w:rsidP="00565414">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92490D" w:rsidRPr="00565414" w14:paraId="5B44F8C0" w14:textId="77777777" w:rsidTr="00565414">
        <w:trPr>
          <w:jc w:val="center"/>
        </w:trPr>
        <w:tc>
          <w:tcPr>
            <w:tcW w:w="9636" w:type="dxa"/>
            <w:shd w:val="clear" w:color="auto" w:fill="F4F4F4"/>
          </w:tcPr>
          <w:p w14:paraId="5E722010" w14:textId="77777777" w:rsidR="0092490D" w:rsidRPr="00565414" w:rsidRDefault="008D3852" w:rsidP="00565414">
            <w:pPr>
              <w:keepNext/>
              <w:rPr>
                <w:rFonts w:ascii="Cambria" w:hAnsi="Cambria"/>
                <w:lang w:val="ro-RO"/>
              </w:rPr>
            </w:pPr>
            <w:r w:rsidRPr="00565414">
              <w:rPr>
                <w:rFonts w:ascii="Cambria" w:hAnsi="Cambria"/>
                <w:b/>
                <w:sz w:val="16"/>
                <w:lang w:val="ro-RO"/>
              </w:rPr>
              <w:t xml:space="preserve"> 5. </w:t>
            </w:r>
            <w:r w:rsidRPr="00565414">
              <w:rPr>
                <w:rFonts w:ascii="Cambria" w:hAnsi="Cambria"/>
                <w:b/>
                <w:sz w:val="18"/>
                <w:lang w:val="ro-RO"/>
              </w:rPr>
              <w:t>SUPRAFAȚA</w:t>
            </w:r>
          </w:p>
        </w:tc>
      </w:tr>
      <w:tr w:rsidR="0092490D" w:rsidRPr="00565414" w14:paraId="68C205CA" w14:textId="77777777" w:rsidTr="00565414">
        <w:trPr>
          <w:trHeight w:val="510"/>
          <w:jc w:val="center"/>
        </w:trPr>
        <w:tc>
          <w:tcPr>
            <w:tcW w:w="9636" w:type="dxa"/>
          </w:tcPr>
          <w:p w14:paraId="0007D005" w14:textId="77777777" w:rsidR="0092490D" w:rsidRPr="00565414" w:rsidRDefault="008D3852" w:rsidP="00565414">
            <w:pPr>
              <w:rPr>
                <w:rFonts w:ascii="Cambria" w:hAnsi="Cambria"/>
                <w:lang w:val="ro-RO"/>
              </w:rPr>
            </w:pPr>
            <w:r w:rsidRPr="00565414">
              <w:rPr>
                <w:rFonts w:ascii="Cambria" w:hAnsi="Cambria"/>
                <w:b/>
                <w:lang w:val="ro-RO"/>
              </w:rPr>
              <w:t>Suprafața terenului și/sau a construcției pentru care se solicită avizul (m²)</w:t>
            </w:r>
          </w:p>
          <w:p w14:paraId="46C4035E" w14:textId="77777777" w:rsidR="0092490D" w:rsidRPr="00565414" w:rsidRDefault="0092490D" w:rsidP="00565414">
            <w:pPr>
              <w:rPr>
                <w:rFonts w:ascii="Cambria" w:hAnsi="Cambria"/>
                <w:lang w:val="ro-RO"/>
              </w:rPr>
            </w:pPr>
          </w:p>
        </w:tc>
      </w:tr>
    </w:tbl>
    <w:p w14:paraId="7664F949" w14:textId="77777777" w:rsidR="0092490D" w:rsidRPr="00565414" w:rsidRDefault="0092490D" w:rsidP="00565414">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92490D" w:rsidRPr="00565414" w14:paraId="473E4B79" w14:textId="77777777" w:rsidTr="00565414">
        <w:trPr>
          <w:jc w:val="center"/>
        </w:trPr>
        <w:tc>
          <w:tcPr>
            <w:tcW w:w="9636" w:type="dxa"/>
            <w:shd w:val="clear" w:color="auto" w:fill="F4F4F4"/>
          </w:tcPr>
          <w:p w14:paraId="1ABC5CBC" w14:textId="77777777" w:rsidR="0092490D" w:rsidRPr="00565414" w:rsidRDefault="008D3852" w:rsidP="00565414">
            <w:pPr>
              <w:keepNext/>
              <w:rPr>
                <w:rFonts w:ascii="Cambria" w:hAnsi="Cambria"/>
                <w:lang w:val="ro-RO"/>
              </w:rPr>
            </w:pPr>
            <w:r w:rsidRPr="00565414">
              <w:rPr>
                <w:rFonts w:ascii="Cambria" w:hAnsi="Cambria"/>
                <w:b/>
                <w:sz w:val="16"/>
                <w:lang w:val="ro-RO"/>
              </w:rPr>
              <w:t xml:space="preserve"> 6. </w:t>
            </w:r>
            <w:r w:rsidRPr="00565414">
              <w:rPr>
                <w:rFonts w:ascii="Cambria" w:hAnsi="Cambria"/>
                <w:b/>
                <w:sz w:val="18"/>
                <w:lang w:val="ro-RO"/>
              </w:rPr>
              <w:t>ANEXEZ PREZENTEI SOLICITĂRI</w:t>
            </w:r>
          </w:p>
        </w:tc>
      </w:tr>
      <w:tr w:rsidR="0092490D" w:rsidRPr="00565414" w14:paraId="149825A9" w14:textId="77777777" w:rsidTr="00565414">
        <w:trPr>
          <w:jc w:val="center"/>
        </w:trPr>
        <w:tc>
          <w:tcPr>
            <w:tcW w:w="9636" w:type="dxa"/>
          </w:tcPr>
          <w:p w14:paraId="3BE23D1F" w14:textId="77777777" w:rsidR="0092490D" w:rsidRPr="00565414" w:rsidRDefault="008D3852" w:rsidP="00565414">
            <w:pPr>
              <w:keepNext/>
              <w:rPr>
                <w:rFonts w:ascii="Cambria" w:hAnsi="Cambria"/>
                <w:lang w:val="ro-RO"/>
              </w:rPr>
            </w:pPr>
            <w:r w:rsidRPr="00565414">
              <w:rPr>
                <w:rFonts w:ascii="Segoe UI Symbol" w:hAnsi="Segoe UI Symbol" w:cs="Segoe UI Symbol"/>
                <w:sz w:val="16"/>
                <w:lang w:val="ro-RO"/>
              </w:rPr>
              <w:t>☐</w:t>
            </w:r>
            <w:r w:rsidRPr="00565414">
              <w:rPr>
                <w:rFonts w:ascii="Cambria" w:hAnsi="Cambria"/>
                <w:sz w:val="16"/>
                <w:lang w:val="ro-RO"/>
              </w:rPr>
              <w:t xml:space="preserve"> copie a certificatului de înregistrare (C.U.I.)</w:t>
            </w:r>
          </w:p>
          <w:p w14:paraId="714F91C5" w14:textId="77777777" w:rsidR="0092490D" w:rsidRPr="00565414" w:rsidRDefault="008D3852" w:rsidP="00565414">
            <w:pPr>
              <w:keepNext/>
              <w:rPr>
                <w:rFonts w:ascii="Cambria" w:hAnsi="Cambria"/>
                <w:lang w:val="ro-RO"/>
              </w:rPr>
            </w:pPr>
            <w:r w:rsidRPr="00565414">
              <w:rPr>
                <w:rFonts w:ascii="Segoe UI Symbol" w:hAnsi="Segoe UI Symbol" w:cs="Segoe UI Symbol"/>
                <w:sz w:val="16"/>
                <w:lang w:val="ro-RO"/>
              </w:rPr>
              <w:t>☐</w:t>
            </w:r>
            <w:r w:rsidRPr="00565414">
              <w:rPr>
                <w:rFonts w:ascii="Cambria" w:hAnsi="Cambria"/>
                <w:sz w:val="16"/>
                <w:lang w:val="ro-RO"/>
              </w:rPr>
              <w:t xml:space="preserve"> copie a actului de identitate al asociatului / administratorului</w:t>
            </w:r>
          </w:p>
        </w:tc>
      </w:tr>
      <w:tr w:rsidR="0092490D" w:rsidRPr="00565414" w14:paraId="36A877AF" w14:textId="77777777" w:rsidTr="00565414">
        <w:trPr>
          <w:jc w:val="center"/>
        </w:trPr>
        <w:tc>
          <w:tcPr>
            <w:tcW w:w="9636" w:type="dxa"/>
          </w:tcPr>
          <w:p w14:paraId="2BE977DF" w14:textId="77777777" w:rsidR="0092490D" w:rsidRPr="00565414" w:rsidRDefault="008D3852" w:rsidP="00565414">
            <w:pPr>
              <w:keepNext/>
              <w:rPr>
                <w:rFonts w:ascii="Cambria" w:hAnsi="Cambria"/>
                <w:lang w:val="ro-RO"/>
              </w:rPr>
            </w:pPr>
            <w:r w:rsidRPr="00565414">
              <w:rPr>
                <w:rFonts w:ascii="Cambria" w:hAnsi="Cambria"/>
                <w:sz w:val="16"/>
                <w:lang w:val="ro-RO"/>
              </w:rPr>
              <w:t xml:space="preserve"> </w:t>
            </w:r>
            <w:r w:rsidRPr="00565414">
              <w:rPr>
                <w:rFonts w:ascii="Segoe UI Symbol" w:hAnsi="Segoe UI Symbol" w:cs="Segoe UI Symbol"/>
                <w:sz w:val="16"/>
                <w:lang w:val="ro-RO"/>
              </w:rPr>
              <w:t>☐</w:t>
            </w:r>
            <w:r w:rsidRPr="00565414">
              <w:rPr>
                <w:rFonts w:ascii="Cambria" w:hAnsi="Cambria"/>
                <w:sz w:val="16"/>
                <w:lang w:val="ro-RO"/>
              </w:rPr>
              <w:t xml:space="preserve"> extras de carte funciar</w:t>
            </w:r>
            <w:r w:rsidRPr="00565414">
              <w:rPr>
                <w:rFonts w:ascii="Cambria" w:hAnsi="Cambria" w:cs="Cambria"/>
                <w:sz w:val="16"/>
                <w:lang w:val="ro-RO"/>
              </w:rPr>
              <w:t>ă</w:t>
            </w:r>
            <w:r w:rsidRPr="00565414">
              <w:rPr>
                <w:rFonts w:ascii="Cambria" w:hAnsi="Cambria"/>
                <w:sz w:val="16"/>
                <w:lang w:val="ro-RO"/>
              </w:rPr>
              <w:t xml:space="preserve"> pentru informare     </w:t>
            </w:r>
            <w:r w:rsidRPr="00565414">
              <w:rPr>
                <w:rFonts w:ascii="Segoe UI Symbol" w:hAnsi="Segoe UI Symbol" w:cs="Segoe UI Symbol"/>
                <w:sz w:val="16"/>
                <w:lang w:val="ro-RO"/>
              </w:rPr>
              <w:t>☐</w:t>
            </w:r>
            <w:r w:rsidRPr="00565414">
              <w:rPr>
                <w:rFonts w:ascii="Cambria" w:hAnsi="Cambria"/>
                <w:sz w:val="16"/>
                <w:lang w:val="ro-RO"/>
              </w:rPr>
              <w:t xml:space="preserve"> plan de amplasament     </w:t>
            </w:r>
            <w:r w:rsidRPr="00565414">
              <w:rPr>
                <w:rFonts w:ascii="Segoe UI Symbol" w:hAnsi="Segoe UI Symbol" w:cs="Segoe UI Symbol"/>
                <w:sz w:val="16"/>
                <w:lang w:val="ro-RO"/>
              </w:rPr>
              <w:t>☐</w:t>
            </w:r>
            <w:r w:rsidRPr="00565414">
              <w:rPr>
                <w:rFonts w:ascii="Cambria" w:hAnsi="Cambria"/>
                <w:sz w:val="16"/>
                <w:lang w:val="ro-RO"/>
              </w:rPr>
              <w:t xml:space="preserve"> contract de </w:t>
            </w:r>
            <w:r w:rsidRPr="00565414">
              <w:rPr>
                <w:rFonts w:ascii="Cambria" w:hAnsi="Cambria" w:cs="Cambria"/>
                <w:sz w:val="16"/>
                <w:lang w:val="ro-RO"/>
              </w:rPr>
              <w:t>î</w:t>
            </w:r>
            <w:r w:rsidRPr="00565414">
              <w:rPr>
                <w:rFonts w:ascii="Cambria" w:hAnsi="Cambria"/>
                <w:sz w:val="16"/>
                <w:lang w:val="ro-RO"/>
              </w:rPr>
              <w:t>nchiriere, dup</w:t>
            </w:r>
            <w:r w:rsidRPr="00565414">
              <w:rPr>
                <w:rFonts w:ascii="Cambria" w:hAnsi="Cambria" w:cs="Cambria"/>
                <w:sz w:val="16"/>
                <w:lang w:val="ro-RO"/>
              </w:rPr>
              <w:t>ă</w:t>
            </w:r>
            <w:r w:rsidRPr="00565414">
              <w:rPr>
                <w:rFonts w:ascii="Cambria" w:hAnsi="Cambria"/>
                <w:sz w:val="16"/>
                <w:lang w:val="ro-RO"/>
              </w:rPr>
              <w:t xml:space="preserve"> caz</w:t>
            </w:r>
          </w:p>
        </w:tc>
      </w:tr>
      <w:tr w:rsidR="0092490D" w:rsidRPr="00565414" w14:paraId="582FCAF4" w14:textId="77777777" w:rsidTr="00565414">
        <w:trPr>
          <w:jc w:val="center"/>
        </w:trPr>
        <w:tc>
          <w:tcPr>
            <w:tcW w:w="9636" w:type="dxa"/>
          </w:tcPr>
          <w:p w14:paraId="78044DF6" w14:textId="77777777" w:rsidR="0092490D" w:rsidRPr="00565414" w:rsidRDefault="008D3852" w:rsidP="00565414">
            <w:pPr>
              <w:keepNext/>
              <w:rPr>
                <w:rFonts w:ascii="Cambria" w:hAnsi="Cambria"/>
                <w:lang w:val="ro-RO"/>
              </w:rPr>
            </w:pPr>
            <w:r w:rsidRPr="00565414">
              <w:rPr>
                <w:rFonts w:ascii="Cambria" w:hAnsi="Cambria"/>
                <w:sz w:val="16"/>
                <w:lang w:val="ro-RO"/>
              </w:rPr>
              <w:t xml:space="preserve"> </w:t>
            </w:r>
            <w:r w:rsidRPr="00565414">
              <w:rPr>
                <w:rFonts w:ascii="Segoe UI Symbol" w:hAnsi="Segoe UI Symbol" w:cs="Segoe UI Symbol"/>
                <w:sz w:val="16"/>
                <w:lang w:val="ro-RO"/>
              </w:rPr>
              <w:t>☐</w:t>
            </w:r>
            <w:r w:rsidRPr="00565414">
              <w:rPr>
                <w:rFonts w:ascii="Cambria" w:hAnsi="Cambria"/>
                <w:sz w:val="16"/>
                <w:lang w:val="ro-RO"/>
              </w:rPr>
              <w:t xml:space="preserve"> memoriu tehnic     </w:t>
            </w:r>
            <w:r w:rsidRPr="00565414">
              <w:rPr>
                <w:rFonts w:ascii="Segoe UI Symbol" w:hAnsi="Segoe UI Symbol" w:cs="Segoe UI Symbol"/>
                <w:sz w:val="16"/>
                <w:lang w:val="ro-RO"/>
              </w:rPr>
              <w:t>☐</w:t>
            </w:r>
            <w:r w:rsidRPr="00565414">
              <w:rPr>
                <w:rFonts w:ascii="Cambria" w:hAnsi="Cambria"/>
                <w:sz w:val="16"/>
                <w:lang w:val="ro-RO"/>
              </w:rPr>
              <w:t xml:space="preserve"> avizul anterior, dup</w:t>
            </w:r>
            <w:r w:rsidRPr="00565414">
              <w:rPr>
                <w:rFonts w:ascii="Cambria" w:hAnsi="Cambria" w:cs="Cambria"/>
                <w:sz w:val="16"/>
                <w:lang w:val="ro-RO"/>
              </w:rPr>
              <w:t>ă</w:t>
            </w:r>
            <w:r w:rsidRPr="00565414">
              <w:rPr>
                <w:rFonts w:ascii="Cambria" w:hAnsi="Cambria"/>
                <w:sz w:val="16"/>
                <w:lang w:val="ro-RO"/>
              </w:rPr>
              <w:t xml:space="preserve"> caz</w:t>
            </w:r>
          </w:p>
        </w:tc>
      </w:tr>
      <w:tr w:rsidR="0092490D" w:rsidRPr="00565414" w14:paraId="21DFED06" w14:textId="77777777" w:rsidTr="00565414">
        <w:trPr>
          <w:jc w:val="center"/>
        </w:trPr>
        <w:tc>
          <w:tcPr>
            <w:tcW w:w="9636" w:type="dxa"/>
          </w:tcPr>
          <w:p w14:paraId="3C89E4C2" w14:textId="77777777" w:rsidR="0092490D" w:rsidRPr="00565414" w:rsidRDefault="0092490D" w:rsidP="00565414">
            <w:pPr>
              <w:pBdr>
                <w:bottom w:val="dotted" w:sz="6" w:space="0" w:color="999999"/>
              </w:pBdr>
              <w:rPr>
                <w:rFonts w:ascii="Cambria" w:hAnsi="Cambria"/>
                <w:lang w:val="ro-RO"/>
              </w:rPr>
            </w:pPr>
          </w:p>
          <w:p w14:paraId="1119B275" w14:textId="77777777" w:rsidR="0092490D" w:rsidRPr="00565414" w:rsidRDefault="0092490D" w:rsidP="00565414">
            <w:pPr>
              <w:pBdr>
                <w:bottom w:val="dotted" w:sz="6" w:space="0" w:color="999999"/>
              </w:pBdr>
              <w:rPr>
                <w:rFonts w:ascii="Cambria" w:hAnsi="Cambria"/>
                <w:lang w:val="ro-RO"/>
              </w:rPr>
            </w:pPr>
          </w:p>
        </w:tc>
      </w:tr>
    </w:tbl>
    <w:p w14:paraId="2694D3B3" w14:textId="77777777" w:rsidR="0092490D" w:rsidRPr="00565414" w:rsidRDefault="0092490D" w:rsidP="00565414">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20"/>
        <w:gridCol w:w="3213"/>
      </w:tblGrid>
      <w:tr w:rsidR="0092490D" w:rsidRPr="00565414" w14:paraId="731F448F" w14:textId="77777777" w:rsidTr="00565414">
        <w:trPr>
          <w:jc w:val="center"/>
        </w:trPr>
        <w:tc>
          <w:tcPr>
            <w:tcW w:w="9636" w:type="dxa"/>
            <w:gridSpan w:val="3"/>
            <w:shd w:val="clear" w:color="auto" w:fill="F4F4F4"/>
          </w:tcPr>
          <w:p w14:paraId="368A4FAC" w14:textId="77777777" w:rsidR="0092490D" w:rsidRPr="00565414" w:rsidRDefault="008D3852" w:rsidP="00565414">
            <w:pPr>
              <w:keepNext/>
              <w:rPr>
                <w:rFonts w:ascii="Cambria" w:hAnsi="Cambria"/>
                <w:lang w:val="ro-RO"/>
              </w:rPr>
            </w:pPr>
            <w:r w:rsidRPr="00565414">
              <w:rPr>
                <w:rFonts w:ascii="Cambria" w:hAnsi="Cambria"/>
                <w:b/>
                <w:sz w:val="16"/>
                <w:lang w:val="ro-RO"/>
              </w:rPr>
              <w:t xml:space="preserve"> 7. </w:t>
            </w:r>
            <w:r w:rsidRPr="00565414">
              <w:rPr>
                <w:rFonts w:ascii="Cambria" w:hAnsi="Cambria"/>
                <w:b/>
                <w:sz w:val="18"/>
                <w:lang w:val="ro-RO"/>
              </w:rPr>
              <w:t>DATA ȘI SEMNĂTURA</w:t>
            </w:r>
          </w:p>
        </w:tc>
      </w:tr>
      <w:tr w:rsidR="0092490D" w:rsidRPr="00565414" w14:paraId="47AEC3A8" w14:textId="77777777" w:rsidTr="00565414">
        <w:trPr>
          <w:jc w:val="center"/>
        </w:trPr>
        <w:tc>
          <w:tcPr>
            <w:tcW w:w="9636" w:type="dxa"/>
            <w:gridSpan w:val="3"/>
          </w:tcPr>
          <w:p w14:paraId="1196224E" w14:textId="77777777" w:rsidR="0092490D" w:rsidRPr="00565414" w:rsidRDefault="008D3852" w:rsidP="00565414">
            <w:pPr>
              <w:keepNext/>
              <w:rPr>
                <w:rFonts w:ascii="Cambria" w:hAnsi="Cambria"/>
                <w:lang w:val="ro-RO"/>
              </w:rPr>
            </w:pPr>
            <w:r w:rsidRPr="00565414">
              <w:rPr>
                <w:rFonts w:ascii="Cambria" w:hAnsi="Cambria"/>
                <w:i/>
                <w:sz w:val="17"/>
                <w:lang w:val="ro-RO"/>
              </w:rPr>
              <w:t>Declar pe propria răspundere, cunoscând prevederile legii penale privind falsul în declarații, că datele înscrise sunt reale și exacte.</w:t>
            </w:r>
          </w:p>
        </w:tc>
      </w:tr>
      <w:tr w:rsidR="0092490D" w:rsidRPr="00565414" w14:paraId="2CE6095D" w14:textId="77777777" w:rsidTr="00565414">
        <w:trPr>
          <w:trHeight w:val="510"/>
          <w:jc w:val="center"/>
        </w:trPr>
        <w:tc>
          <w:tcPr>
            <w:tcW w:w="1606" w:type="dxa"/>
          </w:tcPr>
          <w:p w14:paraId="1694DC26" w14:textId="77777777" w:rsidR="0092490D" w:rsidRPr="00565414" w:rsidRDefault="008D3852" w:rsidP="00565414">
            <w:pPr>
              <w:jc w:val="center"/>
              <w:rPr>
                <w:rFonts w:ascii="Cambria" w:hAnsi="Cambria"/>
                <w:lang w:val="ro-RO"/>
              </w:rPr>
            </w:pPr>
            <w:r w:rsidRPr="00565414">
              <w:rPr>
                <w:rFonts w:ascii="Cambria" w:hAnsi="Cambria"/>
                <w:b/>
                <w:lang w:val="ro-RO"/>
              </w:rPr>
              <w:t>Data</w:t>
            </w:r>
          </w:p>
          <w:p w14:paraId="67CE68A8" w14:textId="77777777" w:rsidR="0092490D" w:rsidRPr="00565414" w:rsidRDefault="0092490D" w:rsidP="00565414">
            <w:pPr>
              <w:jc w:val="center"/>
              <w:rPr>
                <w:rFonts w:ascii="Cambria" w:hAnsi="Cambria"/>
                <w:lang w:val="ro-RO"/>
              </w:rPr>
            </w:pPr>
          </w:p>
        </w:tc>
        <w:tc>
          <w:tcPr>
            <w:tcW w:w="4818" w:type="dxa"/>
          </w:tcPr>
          <w:p w14:paraId="7491E07A" w14:textId="77777777" w:rsidR="0092490D" w:rsidRPr="00565414" w:rsidRDefault="008D3852" w:rsidP="00565414">
            <w:pPr>
              <w:jc w:val="center"/>
              <w:rPr>
                <w:rFonts w:ascii="Cambria" w:hAnsi="Cambria"/>
                <w:lang w:val="ro-RO"/>
              </w:rPr>
            </w:pPr>
            <w:r w:rsidRPr="00565414">
              <w:rPr>
                <w:rFonts w:ascii="Cambria" w:hAnsi="Cambria"/>
                <w:b/>
                <w:lang w:val="ro-RO"/>
              </w:rPr>
              <w:t>Solicitantul</w:t>
            </w:r>
          </w:p>
          <w:p w14:paraId="1B5D944B" w14:textId="77777777" w:rsidR="0092490D" w:rsidRPr="00565414" w:rsidRDefault="0092490D" w:rsidP="00565414">
            <w:pPr>
              <w:jc w:val="center"/>
              <w:rPr>
                <w:rFonts w:ascii="Cambria" w:hAnsi="Cambria"/>
                <w:lang w:val="ro-RO"/>
              </w:rPr>
            </w:pPr>
          </w:p>
        </w:tc>
        <w:tc>
          <w:tcPr>
            <w:tcW w:w="3212" w:type="dxa"/>
          </w:tcPr>
          <w:p w14:paraId="700ED158" w14:textId="77777777" w:rsidR="0092490D" w:rsidRPr="00565414" w:rsidRDefault="008D3852" w:rsidP="00565414">
            <w:pPr>
              <w:jc w:val="center"/>
              <w:rPr>
                <w:rFonts w:ascii="Cambria" w:hAnsi="Cambria"/>
                <w:lang w:val="ro-RO"/>
              </w:rPr>
            </w:pPr>
            <w:r w:rsidRPr="00565414">
              <w:rPr>
                <w:rFonts w:ascii="Cambria" w:hAnsi="Cambria"/>
                <w:b/>
                <w:lang w:val="ro-RO"/>
              </w:rPr>
              <w:t>Semnătura</w:t>
            </w:r>
          </w:p>
          <w:p w14:paraId="0381FD7B" w14:textId="77777777" w:rsidR="0092490D" w:rsidRPr="00565414" w:rsidRDefault="0092490D" w:rsidP="00565414">
            <w:pPr>
              <w:jc w:val="center"/>
              <w:rPr>
                <w:rFonts w:ascii="Cambria" w:hAnsi="Cambria"/>
                <w:lang w:val="ro-RO"/>
              </w:rPr>
            </w:pPr>
          </w:p>
        </w:tc>
      </w:tr>
    </w:tbl>
    <w:p w14:paraId="1001F8AC" w14:textId="77777777" w:rsidR="0092490D" w:rsidRPr="00565414" w:rsidRDefault="0092490D" w:rsidP="00565414">
      <w:pPr>
        <w:rPr>
          <w:rFonts w:ascii="Cambria" w:hAnsi="Cambria"/>
          <w:lang w:val="ro-RO"/>
        </w:rPr>
      </w:pPr>
    </w:p>
    <w:sectPr w:rsidR="0092490D" w:rsidRPr="00565414" w:rsidSect="00565414">
      <w:headerReference w:type="default" r:id="rId9"/>
      <w:footerReference w:type="default" r:id="rId10"/>
      <w:pgSz w:w="11906" w:h="16838"/>
      <w:pgMar w:top="567" w:right="1134" w:bottom="567"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1653C" w14:textId="77777777" w:rsidR="00D53156" w:rsidRDefault="00D53156">
      <w:r>
        <w:separator/>
      </w:r>
    </w:p>
  </w:endnote>
  <w:endnote w:type="continuationSeparator" w:id="0">
    <w:p w14:paraId="6A5BC1BA" w14:textId="77777777" w:rsidR="00D53156" w:rsidRDefault="00D5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Footer"/>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6C885" w14:textId="77777777" w:rsidR="00D53156" w:rsidRDefault="00D53156">
      <w:r>
        <w:separator/>
      </w:r>
    </w:p>
  </w:footnote>
  <w:footnote w:type="continuationSeparator" w:id="0">
    <w:p w14:paraId="6EFB5BFD" w14:textId="77777777" w:rsidR="00D53156" w:rsidRDefault="00D53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49B24" w14:textId="77777777" w:rsidR="00975330" w:rsidRDefault="00975330" w:rsidP="00565414">
    <w:pPr>
      <w:pStyle w:val="Header"/>
      <w:rPr>
        <w:lang w:val="ro-RO"/>
      </w:rPr>
    </w:pPr>
  </w:p>
  <w:p w14:paraId="254397F2" w14:textId="77777777" w:rsidR="00565414" w:rsidRPr="00565414" w:rsidRDefault="00565414" w:rsidP="00565414">
    <w:pPr>
      <w:pStyle w:val="Header"/>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0651305">
    <w:abstractNumId w:val="8"/>
  </w:num>
  <w:num w:numId="2" w16cid:durableId="1772386172">
    <w:abstractNumId w:val="6"/>
  </w:num>
  <w:num w:numId="3" w16cid:durableId="1923757190">
    <w:abstractNumId w:val="5"/>
  </w:num>
  <w:num w:numId="4" w16cid:durableId="913320994">
    <w:abstractNumId w:val="4"/>
  </w:num>
  <w:num w:numId="5" w16cid:durableId="1433822770">
    <w:abstractNumId w:val="7"/>
  </w:num>
  <w:num w:numId="6" w16cid:durableId="1714501931">
    <w:abstractNumId w:val="3"/>
  </w:num>
  <w:num w:numId="7" w16cid:durableId="741296640">
    <w:abstractNumId w:val="2"/>
  </w:num>
  <w:num w:numId="8" w16cid:durableId="132021850">
    <w:abstractNumId w:val="1"/>
  </w:num>
  <w:num w:numId="9" w16cid:durableId="1770463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readOnly"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72F"/>
    <w:rsid w:val="00034616"/>
    <w:rsid w:val="0006063C"/>
    <w:rsid w:val="00111A69"/>
    <w:rsid w:val="0015074B"/>
    <w:rsid w:val="0029639D"/>
    <w:rsid w:val="00326F90"/>
    <w:rsid w:val="00565414"/>
    <w:rsid w:val="00627198"/>
    <w:rsid w:val="008D3852"/>
    <w:rsid w:val="0092490D"/>
    <w:rsid w:val="00975330"/>
    <w:rsid w:val="00990104"/>
    <w:rsid w:val="00AA1D8D"/>
    <w:rsid w:val="00AB55EB"/>
    <w:rsid w:val="00B47730"/>
    <w:rsid w:val="00B65DA9"/>
    <w:rsid w:val="00BC56AE"/>
    <w:rsid w:val="00CB0664"/>
    <w:rsid w:val="00D52CF1"/>
    <w:rsid w:val="00D53156"/>
    <w:rsid w:val="00DC729B"/>
    <w:rsid w:val="00E61A6B"/>
    <w:rsid w:val="00EC21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VioB</cp:lastModifiedBy>
  <cp:revision>2</cp:revision>
  <dcterms:created xsi:type="dcterms:W3CDTF">2013-12-23T23:15:00Z</dcterms:created>
  <dcterms:modified xsi:type="dcterms:W3CDTF">2026-08-30T12:37:00Z</dcterms:modified>
  <cp:category/>
</cp:coreProperties>
</file>